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A3E39" w14:textId="25970553" w:rsidR="009F478B" w:rsidRPr="009A0521" w:rsidRDefault="0049543C" w:rsidP="005A2C90">
      <w:pPr>
        <w:spacing w:after="0" w:line="240" w:lineRule="auto"/>
        <w:jc w:val="center"/>
        <w:rPr>
          <w:rFonts w:ascii="Verdana" w:eastAsia="Verdana" w:hAnsi="Verdana"/>
          <w:b/>
          <w:bCs/>
          <w:color w:val="365F91" w:themeColor="accent1" w:themeShade="BF"/>
          <w:szCs w:val="24"/>
          <w:lang w:val="ru-RU"/>
        </w:rPr>
      </w:pPr>
      <w:r w:rsidRPr="009A0521">
        <w:rPr>
          <w:rFonts w:ascii="Verdana" w:eastAsia="Verdana" w:hAnsi="Verdana"/>
          <w:b/>
          <w:bCs/>
          <w:color w:val="365F91" w:themeColor="accent1" w:themeShade="BF"/>
          <w:szCs w:val="24"/>
          <w:lang w:val="ru-RU"/>
        </w:rPr>
        <w:t xml:space="preserve">ПРИЈАВНИ ФОРМУЛАР  </w:t>
      </w:r>
      <w:r w:rsidR="009F478B" w:rsidRPr="009A0521">
        <w:rPr>
          <w:rFonts w:ascii="Verdana" w:eastAsia="Verdana" w:hAnsi="Verdana"/>
          <w:b/>
          <w:bCs/>
          <w:color w:val="365F91" w:themeColor="accent1" w:themeShade="BF"/>
          <w:szCs w:val="24"/>
          <w:lang w:val="ru-RU"/>
        </w:rPr>
        <w:t>- Програм „Светионици Србије 2026“</w:t>
      </w:r>
    </w:p>
    <w:p w14:paraId="593FF842" w14:textId="77777777" w:rsidR="009F478B" w:rsidRDefault="009F478B" w:rsidP="005A2C90">
      <w:pPr>
        <w:spacing w:after="0" w:line="240" w:lineRule="auto"/>
        <w:jc w:val="center"/>
        <w:rPr>
          <w:rFonts w:ascii="Verdana" w:eastAsia="Verdana" w:hAnsi="Verdana"/>
          <w:b/>
          <w:bCs/>
          <w:szCs w:val="24"/>
          <w:lang w:val="ru-RU"/>
        </w:rPr>
      </w:pPr>
    </w:p>
    <w:p w14:paraId="0EF3CC8B" w14:textId="70E98E6F" w:rsidR="0057756C" w:rsidRPr="0049543C" w:rsidRDefault="0049543C" w:rsidP="005A2C90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  <w:lang w:val="ru-RU"/>
        </w:rPr>
      </w:pPr>
      <w:r w:rsidRPr="0049543C">
        <w:rPr>
          <w:rFonts w:ascii="Verdana" w:eastAsia="Verdana" w:hAnsi="Verdana"/>
          <w:b/>
          <w:bCs/>
          <w:szCs w:val="24"/>
          <w:lang w:val="ru-RU"/>
        </w:rPr>
        <w:t>ЛОКАЛНЕ САМОУПРАВЕ</w:t>
      </w:r>
      <w:r w:rsidR="009F478B">
        <w:rPr>
          <w:rFonts w:ascii="Verdana" w:eastAsia="Verdana" w:hAnsi="Verdana"/>
          <w:b/>
          <w:bCs/>
          <w:szCs w:val="24"/>
          <w:lang w:val="ru-RU"/>
        </w:rPr>
        <w:t xml:space="preserve"> И ОРГАНИЗАЦИЈЕ ЈАВНЕ УПРАВЕ</w:t>
      </w:r>
    </w:p>
    <w:p w14:paraId="51825783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64AA63A4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39FAB342" w14:textId="3CCE8369" w:rsidR="0057756C" w:rsidRPr="0049543C" w:rsidRDefault="009F478B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>
        <w:rPr>
          <w:rFonts w:ascii="Verdana" w:eastAsia="Verdana" w:hAnsi="Verdana"/>
          <w:sz w:val="20"/>
          <w:szCs w:val="20"/>
          <w:lang w:val="ru-RU"/>
        </w:rPr>
        <w:t>М</w:t>
      </w:r>
      <w:r w:rsidR="0049543C" w:rsidRPr="0049543C">
        <w:rPr>
          <w:rFonts w:ascii="Verdana" w:eastAsia="Verdana" w:hAnsi="Verdana"/>
          <w:sz w:val="20"/>
          <w:szCs w:val="20"/>
          <w:lang w:val="ru-RU"/>
        </w:rPr>
        <w:t>олимо да сва поља попуните јасно и потпуно, у складу са критеријумима за процену пријава.</w:t>
      </w:r>
    </w:p>
    <w:p w14:paraId="6E2A0430" w14:textId="77777777" w:rsidR="00E7521D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7BD3E7C6" w14:textId="77777777" w:rsidR="005A2C90" w:rsidRPr="0049543C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7A918212" w14:textId="006AD0B8" w:rsidR="0057756C" w:rsidRPr="00347AC2" w:rsidRDefault="0049543C" w:rsidP="005A2C90">
      <w:pPr>
        <w:pStyle w:val="ListParagraph"/>
        <w:keepNext/>
        <w:numPr>
          <w:ilvl w:val="0"/>
          <w:numId w:val="10"/>
        </w:numPr>
        <w:spacing w:after="0" w:line="240" w:lineRule="auto"/>
        <w:rPr>
          <w:rFonts w:ascii="Verdana" w:hAnsi="Verdana"/>
          <w:b/>
          <w:bCs/>
          <w:sz w:val="20"/>
          <w:szCs w:val="20"/>
          <w:lang w:val="ru-RU"/>
        </w:rPr>
      </w:pPr>
      <w:r w:rsidRPr="00347AC2">
        <w:rPr>
          <w:rFonts w:ascii="Verdana" w:hAnsi="Verdana"/>
          <w:b/>
          <w:bCs/>
          <w:sz w:val="20"/>
          <w:szCs w:val="20"/>
          <w:lang w:val="ru-RU"/>
        </w:rPr>
        <w:t>ОПШТИ ПОДАЦИ</w:t>
      </w:r>
    </w:p>
    <w:p w14:paraId="3A3D71F6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519830B5" w14:textId="1288EE35" w:rsidR="00E7521D" w:rsidRDefault="0049543C" w:rsidP="00A34C21">
      <w:pPr>
        <w:spacing w:after="0" w:line="240" w:lineRule="auto"/>
        <w:jc w:val="both"/>
        <w:rPr>
          <w:rFonts w:ascii="Verdana" w:eastAsia="Verdana" w:hAnsi="Verdana"/>
          <w:sz w:val="20"/>
          <w:szCs w:val="20"/>
          <w:lang w:val="ru-RU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>Пун назив јединице локалне самоуправе</w:t>
      </w:r>
      <w:r w:rsidR="00583B9B">
        <w:rPr>
          <w:rFonts w:ascii="Verdana" w:eastAsia="Verdana" w:hAnsi="Verdana"/>
          <w:sz w:val="20"/>
          <w:szCs w:val="20"/>
          <w:lang w:val="ru-RU"/>
        </w:rPr>
        <w:t>, односно организације јавне управе</w:t>
      </w:r>
      <w:r w:rsidRPr="0049543C">
        <w:rPr>
          <w:rFonts w:ascii="Verdana" w:eastAsia="Verdana" w:hAnsi="Verdana"/>
          <w:sz w:val="20"/>
          <w:szCs w:val="20"/>
          <w:lang w:val="ru-RU"/>
        </w:rPr>
        <w:t xml:space="preserve">: </w:t>
      </w:r>
    </w:p>
    <w:p w14:paraId="389B711C" w14:textId="77777777" w:rsidR="008C345B" w:rsidRDefault="008C345B" w:rsidP="008C345B">
      <w:pPr>
        <w:spacing w:after="0" w:line="240" w:lineRule="auto"/>
        <w:rPr>
          <w:rFonts w:ascii="Verdana" w:eastAsia="Verdana" w:hAnsi="Verdana"/>
          <w:sz w:val="20"/>
          <w:szCs w:val="20"/>
          <w:lang w:val="ru-RU"/>
        </w:rPr>
      </w:pPr>
    </w:p>
    <w:p w14:paraId="3494AAC2" w14:textId="77777777" w:rsidR="008C345B" w:rsidRDefault="008C345B" w:rsidP="008C345B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79E72C1F" w14:textId="77777777" w:rsidR="008C345B" w:rsidRPr="0049543C" w:rsidRDefault="008C345B" w:rsidP="008C345B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</w:p>
    <w:p w14:paraId="0EA358A0" w14:textId="4B979753" w:rsidR="008C345B" w:rsidRDefault="003234E6" w:rsidP="005A2C90">
      <w:pPr>
        <w:spacing w:after="0" w:line="240" w:lineRule="auto"/>
        <w:rPr>
          <w:rFonts w:ascii="Verdana" w:eastAsia="Verdana" w:hAnsi="Verdana"/>
          <w:sz w:val="20"/>
          <w:szCs w:val="20"/>
          <w:lang w:val="ru-RU"/>
        </w:rPr>
      </w:pPr>
      <w:r>
        <w:rPr>
          <w:rFonts w:ascii="Verdana" w:eastAsia="Verdana" w:hAnsi="Verdana"/>
          <w:sz w:val="20"/>
          <w:szCs w:val="20"/>
          <w:lang w:val="ru-RU"/>
        </w:rPr>
        <w:t>А</w:t>
      </w:r>
      <w:r w:rsidR="0049543C" w:rsidRPr="0049543C">
        <w:rPr>
          <w:rFonts w:ascii="Verdana" w:eastAsia="Verdana" w:hAnsi="Verdana"/>
          <w:sz w:val="20"/>
          <w:szCs w:val="20"/>
          <w:lang w:val="ru-RU"/>
        </w:rPr>
        <w:t xml:space="preserve">дреса: </w:t>
      </w:r>
    </w:p>
    <w:p w14:paraId="2637A3CF" w14:textId="77777777" w:rsidR="008C345B" w:rsidRDefault="008C345B" w:rsidP="005A2C90">
      <w:pPr>
        <w:spacing w:after="0" w:line="240" w:lineRule="auto"/>
        <w:rPr>
          <w:rFonts w:ascii="Verdana" w:eastAsia="Verdana" w:hAnsi="Verdana"/>
          <w:sz w:val="20"/>
          <w:szCs w:val="20"/>
          <w:lang w:val="ru-RU"/>
        </w:rPr>
      </w:pPr>
    </w:p>
    <w:p w14:paraId="7BE8BBA9" w14:textId="77777777" w:rsidR="008C345B" w:rsidRDefault="008C345B" w:rsidP="008C345B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242AD6C8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0B2EB41F" w14:textId="2A744D2A" w:rsidR="008C345B" w:rsidRDefault="0049543C" w:rsidP="005A2C90">
      <w:pPr>
        <w:spacing w:after="0" w:line="240" w:lineRule="auto"/>
        <w:rPr>
          <w:rFonts w:ascii="Verdana" w:eastAsia="Verdana" w:hAnsi="Verdana"/>
          <w:sz w:val="20"/>
          <w:szCs w:val="20"/>
          <w:lang w:val="ru-RU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>Контакт особа (име, презиме и функција):</w:t>
      </w:r>
    </w:p>
    <w:p w14:paraId="7121F540" w14:textId="77777777" w:rsidR="008C345B" w:rsidRDefault="0049543C" w:rsidP="008C345B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 xml:space="preserve"> </w:t>
      </w:r>
      <w:r w:rsidR="008C345B"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 w:rsidR="008C345B">
        <w:rPr>
          <w:rFonts w:ascii="Verdana" w:hAnsi="Verdana"/>
          <w:sz w:val="20"/>
          <w:szCs w:val="20"/>
          <w:lang w:val="ru-RU"/>
        </w:rPr>
        <w:t>_____</w:t>
      </w:r>
      <w:r w:rsidR="008C345B" w:rsidRPr="0049543C">
        <w:rPr>
          <w:rFonts w:ascii="Verdana" w:hAnsi="Verdana"/>
          <w:sz w:val="20"/>
          <w:szCs w:val="20"/>
          <w:lang w:val="ru-RU"/>
        </w:rPr>
        <w:t>___</w:t>
      </w:r>
    </w:p>
    <w:p w14:paraId="788BEF6F" w14:textId="3ECA8F50" w:rsidR="0057756C" w:rsidRPr="0049543C" w:rsidRDefault="0057756C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</w:p>
    <w:p w14:paraId="697EFE16" w14:textId="1D9A5B01" w:rsidR="008C345B" w:rsidRPr="001F0C95" w:rsidRDefault="0049543C" w:rsidP="008C345B">
      <w:pPr>
        <w:spacing w:after="0" w:line="240" w:lineRule="auto"/>
        <w:rPr>
          <w:rFonts w:ascii="Verdana" w:eastAsia="Verdana" w:hAnsi="Verdana"/>
          <w:sz w:val="20"/>
          <w:szCs w:val="20"/>
          <w:lang w:val="ru-RU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>Контакт телефон:</w:t>
      </w:r>
      <w:r w:rsidR="001F0C95">
        <w:rPr>
          <w:rFonts w:ascii="Verdana" w:eastAsia="Verdana" w:hAnsi="Verdana"/>
          <w:sz w:val="20"/>
          <w:szCs w:val="20"/>
          <w:lang w:val="ru-RU"/>
        </w:rPr>
        <w:t xml:space="preserve"> </w:t>
      </w:r>
      <w:r w:rsidR="008C345B" w:rsidRPr="0049543C">
        <w:rPr>
          <w:rFonts w:ascii="Verdana" w:hAnsi="Verdana"/>
          <w:sz w:val="20"/>
          <w:szCs w:val="20"/>
          <w:lang w:val="ru-RU"/>
        </w:rPr>
        <w:t>_________________________________________________</w:t>
      </w:r>
      <w:r w:rsidR="008C345B">
        <w:rPr>
          <w:rFonts w:ascii="Verdana" w:hAnsi="Verdana"/>
          <w:sz w:val="20"/>
          <w:szCs w:val="20"/>
          <w:lang w:val="ru-RU"/>
        </w:rPr>
        <w:t>_____</w:t>
      </w:r>
      <w:r w:rsidR="008C345B" w:rsidRPr="0049543C">
        <w:rPr>
          <w:rFonts w:ascii="Verdana" w:hAnsi="Verdana"/>
          <w:sz w:val="20"/>
          <w:szCs w:val="20"/>
          <w:lang w:val="ru-RU"/>
        </w:rPr>
        <w:t>___</w:t>
      </w:r>
    </w:p>
    <w:p w14:paraId="2B6D7B13" w14:textId="6FBE102A" w:rsidR="0057756C" w:rsidRDefault="0057756C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25F62A36" w14:textId="4D55942E" w:rsidR="008C345B" w:rsidRDefault="00347AC2" w:rsidP="008C345B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>Електронска пошта:</w:t>
      </w:r>
      <w:r w:rsidR="001F0C95">
        <w:rPr>
          <w:rFonts w:ascii="Verdana" w:eastAsia="Verdana" w:hAnsi="Verdana"/>
          <w:sz w:val="20"/>
          <w:szCs w:val="20"/>
          <w:lang w:val="ru-RU"/>
        </w:rPr>
        <w:t xml:space="preserve"> </w:t>
      </w:r>
      <w:r w:rsidR="008C345B" w:rsidRPr="0049543C">
        <w:rPr>
          <w:rFonts w:ascii="Verdana" w:hAnsi="Verdana"/>
          <w:sz w:val="20"/>
          <w:szCs w:val="20"/>
          <w:lang w:val="ru-RU"/>
        </w:rPr>
        <w:t>_______________________________________________</w:t>
      </w:r>
      <w:r w:rsidR="008C345B">
        <w:rPr>
          <w:rFonts w:ascii="Verdana" w:hAnsi="Verdana"/>
          <w:sz w:val="20"/>
          <w:szCs w:val="20"/>
          <w:lang w:val="ru-RU"/>
        </w:rPr>
        <w:t>_____</w:t>
      </w:r>
      <w:r w:rsidR="008C345B" w:rsidRPr="0049543C">
        <w:rPr>
          <w:rFonts w:ascii="Verdana" w:hAnsi="Verdana"/>
          <w:sz w:val="20"/>
          <w:szCs w:val="20"/>
          <w:lang w:val="ru-RU"/>
        </w:rPr>
        <w:t>___</w:t>
      </w:r>
    </w:p>
    <w:p w14:paraId="36CEB6BA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4F934CBA" w14:textId="77777777" w:rsidR="005A2C90" w:rsidRPr="0049543C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47BC9822" w14:textId="2F0BB28F" w:rsidR="0057756C" w:rsidRPr="00347AC2" w:rsidRDefault="0049543C" w:rsidP="005A2C90">
      <w:pPr>
        <w:pStyle w:val="ListParagraph"/>
        <w:keepNext/>
        <w:numPr>
          <w:ilvl w:val="0"/>
          <w:numId w:val="10"/>
        </w:numPr>
        <w:spacing w:after="0" w:line="240" w:lineRule="auto"/>
        <w:rPr>
          <w:rFonts w:ascii="Verdana" w:hAnsi="Verdana"/>
          <w:b/>
          <w:bCs/>
          <w:sz w:val="20"/>
          <w:szCs w:val="20"/>
          <w:lang w:val="ru-RU"/>
        </w:rPr>
      </w:pPr>
      <w:r w:rsidRPr="00347AC2">
        <w:rPr>
          <w:rFonts w:ascii="Verdana" w:eastAsia="Verdana" w:hAnsi="Verdana"/>
          <w:b/>
          <w:bCs/>
          <w:sz w:val="20"/>
          <w:szCs w:val="20"/>
          <w:lang w:val="ru-RU"/>
        </w:rPr>
        <w:t>ОПШТИ КРИТЕРИЈУМИ ЗА ОЦЕНУ</w:t>
      </w:r>
    </w:p>
    <w:p w14:paraId="2CBB73B9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4E5AE613" w14:textId="77777777" w:rsidR="00402222" w:rsidRPr="0049543C" w:rsidRDefault="00402222" w:rsidP="00402222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5A2C90">
        <w:rPr>
          <w:rFonts w:ascii="Verdana" w:hAnsi="Verdana"/>
          <w:sz w:val="20"/>
          <w:szCs w:val="20"/>
          <w:lang w:val="ru-RU"/>
        </w:rPr>
        <w:t>1. Јавна посвећеност инклузији</w:t>
      </w:r>
      <w:r w:rsidRPr="0049543C">
        <w:rPr>
          <w:rFonts w:ascii="Verdana" w:hAnsi="Verdana"/>
          <w:sz w:val="20"/>
          <w:szCs w:val="20"/>
          <w:lang w:val="ru-RU"/>
        </w:rPr>
        <w:t xml:space="preserve"> (описати стратегије, документе, јавне изјаве):</w:t>
      </w:r>
    </w:p>
    <w:p w14:paraId="4AC5C164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10F5F54E" w14:textId="06A6F2C4" w:rsidR="0057756C" w:rsidRDefault="00000000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 w:rsidR="005A2C90"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5D264D2A" w14:textId="77777777" w:rsidR="00347AC2" w:rsidRDefault="00347AC2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7200AA12" w14:textId="35419345" w:rsidR="00347AC2" w:rsidRPr="0049543C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 w:rsidR="005A2C90"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3A33D860" w14:textId="77777777" w:rsidR="00347AC2" w:rsidRDefault="00347AC2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4FE03E62" w14:textId="728F3A45" w:rsidR="00347AC2" w:rsidRPr="0049543C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 w:rsidR="005A2C90"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1A47CF16" w14:textId="77777777" w:rsidR="00347AC2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5249C82F" w14:textId="7D38BCA0" w:rsidR="00347AC2" w:rsidRPr="0049543C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 w:rsidR="005A2C90"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0F6289B6" w14:textId="77777777" w:rsidR="00347AC2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6BF4CE98" w14:textId="7D09897F" w:rsidR="00347AC2" w:rsidRPr="0049543C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</w:t>
      </w:r>
      <w:r w:rsidR="005A2C90"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____</w:t>
      </w:r>
    </w:p>
    <w:p w14:paraId="320E5C39" w14:textId="77777777" w:rsidR="00347AC2" w:rsidRPr="00347AC2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1EF9103" w14:textId="77777777" w:rsidR="005A2C90" w:rsidRDefault="005A2C90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</w:p>
    <w:p w14:paraId="7CE015ED" w14:textId="77777777" w:rsidR="00402222" w:rsidRPr="0049543C" w:rsidRDefault="00402222" w:rsidP="00402222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2. Континуитет активности (колико дуго спроводите мере, план за наставак):</w:t>
      </w:r>
    </w:p>
    <w:p w14:paraId="49007271" w14:textId="77777777" w:rsidR="00E7521D" w:rsidRPr="0049543C" w:rsidRDefault="00E7521D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</w:p>
    <w:p w14:paraId="482BFE98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5AD2F43E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69F0E55C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599BD768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4AA39A94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016E0BE4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5CAE16C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0336E3E6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Cyrl-RS"/>
        </w:rPr>
      </w:pPr>
    </w:p>
    <w:p w14:paraId="1C8FAA69" w14:textId="77777777" w:rsidR="00E7521D" w:rsidRPr="0049543C" w:rsidRDefault="00E7521D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</w:p>
    <w:p w14:paraId="493B1F02" w14:textId="77777777" w:rsidR="00402222" w:rsidRPr="0049543C" w:rsidRDefault="00402222" w:rsidP="00402222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3. Укључење особа са инвалидитетом у процесе одлучивања / програме:</w:t>
      </w:r>
    </w:p>
    <w:p w14:paraId="12CCD6AB" w14:textId="77777777" w:rsidR="00E7521D" w:rsidRPr="0049543C" w:rsidRDefault="00E7521D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</w:p>
    <w:p w14:paraId="3BEDD6CE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2E5665AB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438719E0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30F88E87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4A8096F3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422BD42D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26778B68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532BCC14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50F2A7DA" w14:textId="77777777" w:rsidR="00347AC2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sr-Cyrl-RS"/>
        </w:rPr>
      </w:pPr>
    </w:p>
    <w:p w14:paraId="5EA6BADA" w14:textId="17780AC8" w:rsidR="0057756C" w:rsidRPr="00347AC2" w:rsidRDefault="0049543C" w:rsidP="005A2C90">
      <w:pPr>
        <w:pStyle w:val="ListParagraph"/>
        <w:keepNext/>
        <w:numPr>
          <w:ilvl w:val="0"/>
          <w:numId w:val="10"/>
        </w:numPr>
        <w:spacing w:after="0" w:line="240" w:lineRule="auto"/>
        <w:rPr>
          <w:rFonts w:ascii="Verdana" w:hAnsi="Verdana"/>
          <w:b/>
          <w:bCs/>
          <w:sz w:val="20"/>
          <w:szCs w:val="20"/>
          <w:lang w:val="ru-RU"/>
        </w:rPr>
      </w:pPr>
      <w:r w:rsidRPr="00347AC2">
        <w:rPr>
          <w:rFonts w:ascii="Verdana" w:eastAsia="Verdana" w:hAnsi="Verdana"/>
          <w:b/>
          <w:bCs/>
          <w:sz w:val="20"/>
          <w:szCs w:val="20"/>
          <w:lang w:val="ru-RU"/>
        </w:rPr>
        <w:t xml:space="preserve">ПОСЕБНИ КРИТЕРИЈУМИ </w:t>
      </w:r>
    </w:p>
    <w:p w14:paraId="21B5B6DE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0EA1B37D" w14:textId="77777777" w:rsidR="00402222" w:rsidRPr="0049543C" w:rsidRDefault="00402222" w:rsidP="00402222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1. Постојање локалног акционог плана или стратегије за унапређење положаја ОСИ:</w:t>
      </w:r>
    </w:p>
    <w:p w14:paraId="7D0A51D7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4FF04266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4F30267C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05413E50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33003FAE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2B97CE07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79C7B7E2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DE65508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0858FE88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46F137D4" w14:textId="77777777" w:rsidR="00E7521D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1005751C" w14:textId="77777777" w:rsidR="00402222" w:rsidRPr="0049543C" w:rsidRDefault="00402222" w:rsidP="00402222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2. Финансијска подршка (буџетске линије за ОСИ и њихова удружења):</w:t>
      </w:r>
    </w:p>
    <w:p w14:paraId="672D6284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54DC238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3320AFA4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07FF037E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5D35B53D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7076D566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19E5AE02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1B513142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14DB831A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2578F4CD" w14:textId="77777777" w:rsidR="005A523E" w:rsidRPr="0049543C" w:rsidRDefault="005A523E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56EB7C91" w14:textId="77777777" w:rsidR="00402222" w:rsidRPr="0049543C" w:rsidRDefault="00402222" w:rsidP="00402222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3. Приступачност јавних простора и услуга:</w:t>
      </w:r>
    </w:p>
    <w:p w14:paraId="723AB1A5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30760921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3B4916BF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7DFA7C78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0D85F4B1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6708EFC2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5CE2CDED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0402DEE2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7D2D3926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375ADB7B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7A3DCA8A" w14:textId="77777777" w:rsidR="00402222" w:rsidRPr="0049543C" w:rsidRDefault="00402222" w:rsidP="00402222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4. Сарадња са удружењима ОСИ, школама, здравственим установама, привредом:</w:t>
      </w:r>
    </w:p>
    <w:p w14:paraId="23B7D88A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679023DB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1FBC659F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19934F2B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4350E642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119E5050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017BDAD8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0787326A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68A5CAD9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698E3713" w14:textId="77777777" w:rsidR="005A523E" w:rsidRDefault="005A523E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1F4D54F2" w14:textId="77777777" w:rsidR="00402222" w:rsidRPr="0049543C" w:rsidRDefault="00402222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66AD06B2" w14:textId="77777777" w:rsidR="00402222" w:rsidRPr="0049543C" w:rsidRDefault="00402222" w:rsidP="00402222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5. Програми социјалне инклузије (</w:t>
      </w:r>
      <w:r>
        <w:rPr>
          <w:rFonts w:ascii="Verdana" w:hAnsi="Verdana"/>
          <w:sz w:val="20"/>
          <w:szCs w:val="20"/>
          <w:lang w:val="ru-RU"/>
        </w:rPr>
        <w:t xml:space="preserve">пословање, </w:t>
      </w:r>
      <w:r w:rsidRPr="0049543C">
        <w:rPr>
          <w:rFonts w:ascii="Verdana" w:hAnsi="Verdana"/>
          <w:sz w:val="20"/>
          <w:szCs w:val="20"/>
          <w:lang w:val="ru-RU"/>
        </w:rPr>
        <w:t>култура, спорт, образовање, едукација):</w:t>
      </w:r>
    </w:p>
    <w:p w14:paraId="5C1B7D92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327F4FA3" w14:textId="77777777" w:rsidR="005F146A" w:rsidRDefault="005F146A" w:rsidP="005F146A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591EF974" w14:textId="77777777" w:rsidR="005F146A" w:rsidRDefault="005F146A" w:rsidP="005F146A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1454BDCC" w14:textId="77777777" w:rsidR="005F146A" w:rsidRPr="0049543C" w:rsidRDefault="005F146A" w:rsidP="005F146A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1201E8BE" w14:textId="77777777" w:rsidR="005F146A" w:rsidRDefault="005F146A" w:rsidP="005F146A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6E4A8C40" w14:textId="77777777" w:rsidR="005F146A" w:rsidRPr="0049543C" w:rsidRDefault="005F146A" w:rsidP="005F146A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lastRenderedPageBreak/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3CF35B2D" w14:textId="77777777" w:rsidR="005F146A" w:rsidRDefault="005F146A" w:rsidP="005F146A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5EFDA4CA" w14:textId="77777777" w:rsidR="005F146A" w:rsidRPr="0049543C" w:rsidRDefault="005F146A" w:rsidP="005F146A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2DAE4762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1B6EE29E" w14:textId="77777777" w:rsidR="005A523E" w:rsidRPr="0049543C" w:rsidRDefault="005A523E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4F33648F" w14:textId="77777777" w:rsidR="00402222" w:rsidRPr="0049543C" w:rsidRDefault="00402222" w:rsidP="00402222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6. Учешће ОСИ у јавном и политичком животу (савети, радна тела, расправе):</w:t>
      </w:r>
    </w:p>
    <w:p w14:paraId="7FF28D23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6343CCE6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3B1875DC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346E5EC0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0935BFD3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6E0CAD7C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776851D9" w14:textId="1614AD4A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818EFEF" w14:textId="6FD68D03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6FB998A3" w14:textId="75302670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446FF2C" w14:textId="496FAF63" w:rsidR="0057756C" w:rsidRDefault="0057756C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19EDF8A9" w14:textId="1021820B" w:rsidR="00402222" w:rsidRPr="00347AC2" w:rsidRDefault="00CF1F09" w:rsidP="005F146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ru-RU"/>
        </w:rPr>
      </w:pPr>
      <w:r w:rsidRPr="00347AC2">
        <w:rPr>
          <w:rFonts w:ascii="Verdana" w:eastAsia="Verdana" w:hAnsi="Verdana"/>
          <w:b/>
          <w:bCs/>
          <w:sz w:val="20"/>
          <w:szCs w:val="20"/>
          <w:lang w:val="ru-RU"/>
        </w:rPr>
        <w:t>ОСТАЛЕ РЕЛЕВАНТНЕ ИНФОРМАЦИЈЕ</w:t>
      </w:r>
    </w:p>
    <w:p w14:paraId="3AFFA8DC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4D87976E" w14:textId="70CE0B3E" w:rsidR="0057756C" w:rsidRPr="0049543C" w:rsidRDefault="0049543C" w:rsidP="00A34C21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>Наведите друге чињенице, резултате или примере које сматрате значајним за процену пријаве:</w:t>
      </w:r>
    </w:p>
    <w:p w14:paraId="6074655B" w14:textId="12CFD124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71C81F0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0BB192AE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3654E36B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71A56146" w14:textId="77777777" w:rsidR="005A523E" w:rsidRDefault="005A523E" w:rsidP="005A523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7091BFB9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227521CE" w14:textId="50C51315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029EB095" w14:textId="77777777" w:rsidR="005A523E" w:rsidRPr="0049543C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1CE90851" w14:textId="77777777" w:rsidR="005A523E" w:rsidRDefault="005A523E" w:rsidP="005A523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0F6A611" w14:textId="77777777" w:rsidR="005A2C90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4BFA7DF" w14:textId="77777777" w:rsidR="00D46E63" w:rsidRPr="0049543C" w:rsidRDefault="00D46E63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64E6F6D1" w14:textId="4F57DBD2" w:rsidR="0057756C" w:rsidRDefault="0049543C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Датум: ____________________________</w:t>
      </w:r>
    </w:p>
    <w:p w14:paraId="1BCEB448" w14:textId="77777777" w:rsidR="005A2C90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F16CB3C" w14:textId="77777777" w:rsidR="005A2C90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193DCF1C" w14:textId="77777777" w:rsidR="005A523E" w:rsidRPr="0049543C" w:rsidRDefault="005A523E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0B9792C2" w14:textId="629AB658" w:rsidR="0057756C" w:rsidRDefault="0049543C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>Потпис и печат овлашћеног представника: ____________________________</w:t>
      </w:r>
    </w:p>
    <w:p w14:paraId="5D3612DC" w14:textId="7DF0F498" w:rsidR="00732472" w:rsidRDefault="00732472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04226D1C" w14:textId="77777777" w:rsidR="00732472" w:rsidRDefault="00732472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439268F6" w14:textId="77777777" w:rsidR="005A523E" w:rsidRDefault="005A523E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539856B9" w14:textId="0AA8FD6F" w:rsidR="00732472" w:rsidRPr="0049543C" w:rsidRDefault="001F0C95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897F68">
        <w:rPr>
          <w:rFonts w:ascii="Verdana" w:hAnsi="Verdana"/>
          <w:noProof/>
          <w:sz w:val="20"/>
          <w:szCs w:val="20"/>
          <w:lang w:val="sr-Latn-RS"/>
        </w:rPr>
        <w:drawing>
          <wp:anchor distT="0" distB="0" distL="114300" distR="114300" simplePos="0" relativeHeight="251659264" behindDoc="1" locked="0" layoutInCell="1" allowOverlap="1" wp14:anchorId="27DE59EA" wp14:editId="6B41173A">
            <wp:simplePos x="0" y="0"/>
            <wp:positionH relativeFrom="column">
              <wp:posOffset>3276600</wp:posOffset>
            </wp:positionH>
            <wp:positionV relativeFrom="paragraph">
              <wp:posOffset>97790</wp:posOffset>
            </wp:positionV>
            <wp:extent cx="2550795" cy="1819275"/>
            <wp:effectExtent l="0" t="0" r="1905" b="9525"/>
            <wp:wrapTight wrapText="bothSides">
              <wp:wrapPolygon edited="0">
                <wp:start x="0" y="0"/>
                <wp:lineTo x="0" y="21487"/>
                <wp:lineTo x="21455" y="21487"/>
                <wp:lineTo x="21455" y="0"/>
                <wp:lineTo x="0" y="0"/>
              </wp:wrapPolygon>
            </wp:wrapTight>
            <wp:docPr id="11804674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2" t="7657" r="7792" b="9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79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222">
        <w:rPr>
          <w:rFonts w:ascii="Verdana" w:hAnsi="Verdana"/>
          <w:noProof/>
          <w:sz w:val="20"/>
          <w:szCs w:val="20"/>
          <w:lang w:val="ru-RU"/>
        </w:rPr>
        <w:drawing>
          <wp:anchor distT="0" distB="0" distL="114300" distR="114300" simplePos="0" relativeHeight="251660288" behindDoc="1" locked="0" layoutInCell="1" allowOverlap="1" wp14:anchorId="3A6CB2EA" wp14:editId="413A5B7C">
            <wp:simplePos x="0" y="0"/>
            <wp:positionH relativeFrom="column">
              <wp:posOffset>3810</wp:posOffset>
            </wp:positionH>
            <wp:positionV relativeFrom="paragraph">
              <wp:posOffset>47625</wp:posOffset>
            </wp:positionV>
            <wp:extent cx="2609215" cy="2182495"/>
            <wp:effectExtent l="0" t="0" r="0" b="0"/>
            <wp:wrapTight wrapText="bothSides">
              <wp:wrapPolygon edited="0">
                <wp:start x="10093" y="943"/>
                <wp:lineTo x="8043" y="2640"/>
                <wp:lineTo x="7885" y="3017"/>
                <wp:lineTo x="8516" y="4336"/>
                <wp:lineTo x="7727" y="5090"/>
                <wp:lineTo x="7727" y="10935"/>
                <wp:lineTo x="10093" y="13386"/>
                <wp:lineTo x="2366" y="13763"/>
                <wp:lineTo x="1419" y="13952"/>
                <wp:lineTo x="1419" y="18100"/>
                <wp:lineTo x="3627" y="19042"/>
                <wp:lineTo x="7570" y="19419"/>
                <wp:lineTo x="8358" y="19419"/>
                <wp:lineTo x="16401" y="19042"/>
                <wp:lineTo x="19871" y="18288"/>
                <wp:lineTo x="19871" y="14706"/>
                <wp:lineTo x="18294" y="14140"/>
                <wp:lineTo x="11039" y="13386"/>
                <wp:lineTo x="13247" y="10747"/>
                <wp:lineTo x="13247" y="5279"/>
                <wp:lineTo x="12459" y="4336"/>
                <wp:lineTo x="13247" y="3205"/>
                <wp:lineTo x="12932" y="2640"/>
                <wp:lineTo x="10881" y="943"/>
                <wp:lineTo x="10093" y="943"/>
              </wp:wrapPolygon>
            </wp:wrapTight>
            <wp:docPr id="937957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2182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732472" w:rsidRPr="0049543C" w:rsidSect="005A2C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134" w:bottom="629" w:left="1559" w:header="720" w:footer="4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3D2EA" w14:textId="77777777" w:rsidR="009C2036" w:rsidRDefault="009C2036" w:rsidP="00E7521D">
      <w:pPr>
        <w:spacing w:after="0" w:line="240" w:lineRule="auto"/>
      </w:pPr>
      <w:r>
        <w:separator/>
      </w:r>
    </w:p>
  </w:endnote>
  <w:endnote w:type="continuationSeparator" w:id="0">
    <w:p w14:paraId="32F0CEBD" w14:textId="77777777" w:rsidR="009C2036" w:rsidRDefault="009C2036" w:rsidP="00E75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2D77" w14:textId="77777777" w:rsidR="00D46E63" w:rsidRPr="00D46E63" w:rsidRDefault="00D46E63">
    <w:pPr>
      <w:pStyle w:val="Footer"/>
      <w:tabs>
        <w:tab w:val="clear" w:pos="4680"/>
        <w:tab w:val="clear" w:pos="9360"/>
      </w:tabs>
      <w:jc w:val="center"/>
      <w:rPr>
        <w:rFonts w:ascii="Verdana" w:hAnsi="Verdana"/>
        <w:caps/>
        <w:noProof/>
        <w:sz w:val="20"/>
        <w:szCs w:val="20"/>
      </w:rPr>
    </w:pPr>
    <w:r w:rsidRPr="00D46E63">
      <w:rPr>
        <w:rFonts w:ascii="Verdana" w:hAnsi="Verdana"/>
        <w:caps/>
        <w:sz w:val="20"/>
        <w:szCs w:val="20"/>
      </w:rPr>
      <w:fldChar w:fldCharType="begin"/>
    </w:r>
    <w:r w:rsidRPr="00D46E63">
      <w:rPr>
        <w:rFonts w:ascii="Verdana" w:hAnsi="Verdana"/>
        <w:caps/>
        <w:sz w:val="20"/>
        <w:szCs w:val="20"/>
      </w:rPr>
      <w:instrText xml:space="preserve"> PAGE   \* MERGEFORMAT </w:instrText>
    </w:r>
    <w:r w:rsidRPr="00D46E63">
      <w:rPr>
        <w:rFonts w:ascii="Verdana" w:hAnsi="Verdana"/>
        <w:caps/>
        <w:sz w:val="20"/>
        <w:szCs w:val="20"/>
      </w:rPr>
      <w:fldChar w:fldCharType="separate"/>
    </w:r>
    <w:r w:rsidRPr="00D46E63">
      <w:rPr>
        <w:rFonts w:ascii="Verdana" w:hAnsi="Verdana"/>
        <w:caps/>
        <w:noProof/>
        <w:sz w:val="20"/>
        <w:szCs w:val="20"/>
      </w:rPr>
      <w:t>2</w:t>
    </w:r>
    <w:r w:rsidRPr="00D46E63">
      <w:rPr>
        <w:rFonts w:ascii="Verdana" w:hAnsi="Verdana"/>
        <w:caps/>
        <w:noProof/>
        <w:sz w:val="20"/>
        <w:szCs w:val="20"/>
      </w:rPr>
      <w:fldChar w:fldCharType="end"/>
    </w:r>
  </w:p>
  <w:p w14:paraId="5E24C751" w14:textId="77777777" w:rsidR="00D46E63" w:rsidRDefault="00D46E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70D1F" w14:textId="77777777" w:rsidR="005A2C90" w:rsidRPr="00D46E63" w:rsidRDefault="005A2C90">
    <w:pPr>
      <w:pStyle w:val="Footer"/>
      <w:tabs>
        <w:tab w:val="clear" w:pos="4680"/>
        <w:tab w:val="clear" w:pos="9360"/>
      </w:tabs>
      <w:jc w:val="center"/>
      <w:rPr>
        <w:rFonts w:ascii="Verdana" w:hAnsi="Verdana"/>
        <w:caps/>
        <w:noProof/>
        <w:sz w:val="20"/>
        <w:szCs w:val="20"/>
      </w:rPr>
    </w:pPr>
    <w:r w:rsidRPr="00D46E63">
      <w:rPr>
        <w:rFonts w:ascii="Verdana" w:hAnsi="Verdana"/>
        <w:caps/>
        <w:sz w:val="20"/>
        <w:szCs w:val="20"/>
      </w:rPr>
      <w:fldChar w:fldCharType="begin"/>
    </w:r>
    <w:r w:rsidRPr="00D46E63">
      <w:rPr>
        <w:rFonts w:ascii="Verdana" w:hAnsi="Verdana"/>
        <w:caps/>
        <w:sz w:val="20"/>
        <w:szCs w:val="20"/>
      </w:rPr>
      <w:instrText xml:space="preserve"> PAGE   \* MERGEFORMAT </w:instrText>
    </w:r>
    <w:r w:rsidRPr="00D46E63">
      <w:rPr>
        <w:rFonts w:ascii="Verdana" w:hAnsi="Verdana"/>
        <w:caps/>
        <w:sz w:val="20"/>
        <w:szCs w:val="20"/>
      </w:rPr>
      <w:fldChar w:fldCharType="separate"/>
    </w:r>
    <w:r w:rsidRPr="00D46E63">
      <w:rPr>
        <w:rFonts w:ascii="Verdana" w:hAnsi="Verdana"/>
        <w:caps/>
        <w:noProof/>
        <w:sz w:val="20"/>
        <w:szCs w:val="20"/>
      </w:rPr>
      <w:t>2</w:t>
    </w:r>
    <w:r w:rsidRPr="00D46E63">
      <w:rPr>
        <w:rFonts w:ascii="Verdana" w:hAnsi="Verdana"/>
        <w:caps/>
        <w:noProof/>
        <w:sz w:val="20"/>
        <w:szCs w:val="20"/>
      </w:rPr>
      <w:fldChar w:fldCharType="end"/>
    </w:r>
  </w:p>
  <w:p w14:paraId="18D5249F" w14:textId="77777777" w:rsidR="00E7521D" w:rsidRDefault="00E752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641A" w14:textId="77777777" w:rsidR="00FD08CF" w:rsidRDefault="00FD08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23D86" w14:textId="77777777" w:rsidR="009C2036" w:rsidRDefault="009C2036" w:rsidP="00E7521D">
      <w:pPr>
        <w:spacing w:after="0" w:line="240" w:lineRule="auto"/>
      </w:pPr>
      <w:r>
        <w:separator/>
      </w:r>
    </w:p>
  </w:footnote>
  <w:footnote w:type="continuationSeparator" w:id="0">
    <w:p w14:paraId="72D36079" w14:textId="77777777" w:rsidR="009C2036" w:rsidRDefault="009C2036" w:rsidP="00E75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59F5" w14:textId="01051ACF" w:rsidR="005A2C90" w:rsidRDefault="00FD08C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52FE67" wp14:editId="601B190F">
          <wp:simplePos x="0" y="0"/>
          <wp:positionH relativeFrom="column">
            <wp:posOffset>635</wp:posOffset>
          </wp:positionH>
          <wp:positionV relativeFrom="paragraph">
            <wp:posOffset>-247650</wp:posOffset>
          </wp:positionV>
          <wp:extent cx="2798445" cy="591185"/>
          <wp:effectExtent l="0" t="0" r="1905" b="0"/>
          <wp:wrapTight wrapText="bothSides">
            <wp:wrapPolygon edited="0">
              <wp:start x="2059" y="0"/>
              <wp:lineTo x="0" y="6264"/>
              <wp:lineTo x="0" y="12528"/>
              <wp:lineTo x="735" y="20881"/>
              <wp:lineTo x="882" y="20881"/>
              <wp:lineTo x="3970" y="20881"/>
              <wp:lineTo x="16762" y="16009"/>
              <wp:lineTo x="17351" y="12528"/>
              <wp:lineTo x="21468" y="11136"/>
              <wp:lineTo x="21468" y="5568"/>
              <wp:lineTo x="2941" y="0"/>
              <wp:lineTo x="2059" y="0"/>
            </wp:wrapPolygon>
          </wp:wrapTight>
          <wp:docPr id="20693381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512FD" w14:textId="6D428BFF" w:rsidR="00E7521D" w:rsidRDefault="00FD08C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019792" wp14:editId="70924663">
          <wp:simplePos x="0" y="0"/>
          <wp:positionH relativeFrom="column">
            <wp:posOffset>635</wp:posOffset>
          </wp:positionH>
          <wp:positionV relativeFrom="paragraph">
            <wp:posOffset>-257175</wp:posOffset>
          </wp:positionV>
          <wp:extent cx="2800350" cy="595074"/>
          <wp:effectExtent l="0" t="0" r="0" b="0"/>
          <wp:wrapTight wrapText="bothSides">
            <wp:wrapPolygon edited="0">
              <wp:start x="2057" y="0"/>
              <wp:lineTo x="0" y="6224"/>
              <wp:lineTo x="0" y="13140"/>
              <wp:lineTo x="735" y="20747"/>
              <wp:lineTo x="882" y="20747"/>
              <wp:lineTo x="3967" y="20747"/>
              <wp:lineTo x="16751" y="15906"/>
              <wp:lineTo x="17339" y="12448"/>
              <wp:lineTo x="21453" y="11065"/>
              <wp:lineTo x="21453" y="5533"/>
              <wp:lineTo x="2939" y="0"/>
              <wp:lineTo x="2057" y="0"/>
            </wp:wrapPolygon>
          </wp:wrapTight>
          <wp:docPr id="2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ack background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5950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A9E6" w14:textId="77777777" w:rsidR="00FD08CF" w:rsidRDefault="00FD08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82F63F4"/>
    <w:multiLevelType w:val="hybridMultilevel"/>
    <w:tmpl w:val="B08A3D6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45088"/>
    <w:multiLevelType w:val="hybridMultilevel"/>
    <w:tmpl w:val="2A6240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732566">
    <w:abstractNumId w:val="8"/>
  </w:num>
  <w:num w:numId="2" w16cid:durableId="1068652309">
    <w:abstractNumId w:val="6"/>
  </w:num>
  <w:num w:numId="3" w16cid:durableId="2127117949">
    <w:abstractNumId w:val="5"/>
  </w:num>
  <w:num w:numId="4" w16cid:durableId="521671022">
    <w:abstractNumId w:val="4"/>
  </w:num>
  <w:num w:numId="5" w16cid:durableId="1256673244">
    <w:abstractNumId w:val="7"/>
  </w:num>
  <w:num w:numId="6" w16cid:durableId="1146893253">
    <w:abstractNumId w:val="3"/>
  </w:num>
  <w:num w:numId="7" w16cid:durableId="864706776">
    <w:abstractNumId w:val="2"/>
  </w:num>
  <w:num w:numId="8" w16cid:durableId="602882334">
    <w:abstractNumId w:val="1"/>
  </w:num>
  <w:num w:numId="9" w16cid:durableId="1354266401">
    <w:abstractNumId w:val="0"/>
  </w:num>
  <w:num w:numId="10" w16cid:durableId="777527380">
    <w:abstractNumId w:val="10"/>
  </w:num>
  <w:num w:numId="11" w16cid:durableId="13070787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44EF"/>
    <w:rsid w:val="001312F2"/>
    <w:rsid w:val="0014007A"/>
    <w:rsid w:val="0015074B"/>
    <w:rsid w:val="001F0C95"/>
    <w:rsid w:val="0029639D"/>
    <w:rsid w:val="002D484F"/>
    <w:rsid w:val="003234E6"/>
    <w:rsid w:val="00326F90"/>
    <w:rsid w:val="00347AC2"/>
    <w:rsid w:val="00402222"/>
    <w:rsid w:val="0049543C"/>
    <w:rsid w:val="004B11CD"/>
    <w:rsid w:val="004D50F7"/>
    <w:rsid w:val="004F20B5"/>
    <w:rsid w:val="005323D0"/>
    <w:rsid w:val="0057756C"/>
    <w:rsid w:val="005813AA"/>
    <w:rsid w:val="00583B9B"/>
    <w:rsid w:val="005A2C90"/>
    <w:rsid w:val="005A523E"/>
    <w:rsid w:val="005D0D8D"/>
    <w:rsid w:val="005E4F74"/>
    <w:rsid w:val="005F146A"/>
    <w:rsid w:val="005F53F1"/>
    <w:rsid w:val="006328A4"/>
    <w:rsid w:val="006449A5"/>
    <w:rsid w:val="00732472"/>
    <w:rsid w:val="0076742D"/>
    <w:rsid w:val="007A6422"/>
    <w:rsid w:val="008634D5"/>
    <w:rsid w:val="00865127"/>
    <w:rsid w:val="008C345B"/>
    <w:rsid w:val="009A0521"/>
    <w:rsid w:val="009C2036"/>
    <w:rsid w:val="009F478B"/>
    <w:rsid w:val="00A02E1B"/>
    <w:rsid w:val="00A34C21"/>
    <w:rsid w:val="00A80810"/>
    <w:rsid w:val="00AA1D8D"/>
    <w:rsid w:val="00B47730"/>
    <w:rsid w:val="00CB0664"/>
    <w:rsid w:val="00CF1F09"/>
    <w:rsid w:val="00D0468D"/>
    <w:rsid w:val="00D06EAA"/>
    <w:rsid w:val="00D36CF3"/>
    <w:rsid w:val="00D43011"/>
    <w:rsid w:val="00D46E63"/>
    <w:rsid w:val="00D977EA"/>
    <w:rsid w:val="00DF758E"/>
    <w:rsid w:val="00E44CC0"/>
    <w:rsid w:val="00E71720"/>
    <w:rsid w:val="00E7521D"/>
    <w:rsid w:val="00EB00F0"/>
    <w:rsid w:val="00ED0A0C"/>
    <w:rsid w:val="00F838CB"/>
    <w:rsid w:val="00FC693F"/>
    <w:rsid w:val="00FD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5E97FF"/>
  <w14:defaultImageDpi w14:val="300"/>
  <w15:docId w15:val="{2CD87CBF-EBAE-4A08-902F-3C219570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Пријавни формулар за локалне самоуправе – Светионици Србије 2026</vt:lpstr>
    </vt:vector>
  </TitlesOfParts>
  <Manager/>
  <Company/>
  <LinksUpToDate>false</LinksUpToDate>
  <CharactersWithSpaces>4692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Пријавни формулар за локалне самоуправе – Светионици Србије 2026</dc:title>
  <dc:subject>Пријава локалних самоуправа за програм Светионици Србије 2026</dc:subject>
  <dc:creator>KT</dc:creator>
  <cp:keywords>Светионици Србије 2026, пријавни формулар, инклузија</cp:keywords>
  <dc:description>Ревидирана и преформулисана верзија пријавног формулара.</dc:description>
  <cp:lastModifiedBy>Katarina Tulic</cp:lastModifiedBy>
  <cp:revision>23</cp:revision>
  <dcterms:created xsi:type="dcterms:W3CDTF">2025-08-31T20:34:00Z</dcterms:created>
  <dcterms:modified xsi:type="dcterms:W3CDTF">2026-09-04T08:36:00Z</dcterms:modified>
  <cp:category/>
</cp:coreProperties>
</file>