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E2CA" w14:textId="7BD6B580" w:rsidR="00C44D96" w:rsidRPr="00BF6996" w:rsidRDefault="0049543C" w:rsidP="005A2C90">
      <w:pPr>
        <w:spacing w:after="0" w:line="240" w:lineRule="auto"/>
        <w:jc w:val="center"/>
        <w:rPr>
          <w:rFonts w:ascii="Verdana" w:eastAsia="Verdana" w:hAnsi="Verdana"/>
          <w:b/>
          <w:bCs/>
          <w:color w:val="365F91" w:themeColor="accent1" w:themeShade="BF"/>
          <w:szCs w:val="24"/>
          <w:lang w:val="ru-RU"/>
        </w:rPr>
      </w:pPr>
      <w:r w:rsidRPr="00BF6996">
        <w:rPr>
          <w:rFonts w:ascii="Verdana" w:eastAsia="Verdana" w:hAnsi="Verdana"/>
          <w:b/>
          <w:bCs/>
          <w:color w:val="365F91" w:themeColor="accent1" w:themeShade="BF"/>
          <w:szCs w:val="24"/>
          <w:lang w:val="ru-RU"/>
        </w:rPr>
        <w:t xml:space="preserve">ПРИЈАВНИ ФОРМУЛАР – </w:t>
      </w:r>
      <w:r w:rsidR="00C44D96" w:rsidRPr="00BF6996">
        <w:rPr>
          <w:rFonts w:ascii="Verdana" w:eastAsia="Verdana" w:hAnsi="Verdana"/>
          <w:b/>
          <w:bCs/>
          <w:color w:val="365F91" w:themeColor="accent1" w:themeShade="BF"/>
          <w:szCs w:val="24"/>
          <w:lang w:val="ru-RU"/>
        </w:rPr>
        <w:t>Програм „Светионици Србије 2026“</w:t>
      </w:r>
    </w:p>
    <w:p w14:paraId="2D401AC0" w14:textId="77777777" w:rsidR="00C44D96" w:rsidRDefault="00C44D96" w:rsidP="005A2C90">
      <w:pPr>
        <w:spacing w:after="0" w:line="240" w:lineRule="auto"/>
        <w:jc w:val="center"/>
        <w:rPr>
          <w:rFonts w:ascii="Verdana" w:eastAsia="Verdana" w:hAnsi="Verdana"/>
          <w:b/>
          <w:bCs/>
          <w:szCs w:val="24"/>
          <w:lang w:val="ru-RU"/>
        </w:rPr>
      </w:pPr>
    </w:p>
    <w:p w14:paraId="0EF3CC8B" w14:textId="368F35B9" w:rsidR="0057756C" w:rsidRPr="0049543C" w:rsidRDefault="00C44D96" w:rsidP="005A2C90">
      <w:pPr>
        <w:spacing w:after="0" w:line="240" w:lineRule="auto"/>
        <w:jc w:val="center"/>
        <w:rPr>
          <w:rFonts w:ascii="Verdana" w:hAnsi="Verdana"/>
          <w:b/>
          <w:bCs/>
          <w:sz w:val="24"/>
          <w:szCs w:val="24"/>
          <w:lang w:val="ru-RU"/>
        </w:rPr>
      </w:pPr>
      <w:r>
        <w:rPr>
          <w:rFonts w:ascii="Verdana" w:eastAsia="Verdana" w:hAnsi="Verdana"/>
          <w:b/>
          <w:bCs/>
          <w:szCs w:val="24"/>
          <w:lang w:val="ru-RU"/>
        </w:rPr>
        <w:t>ПРИВРЕДНИ СУБЈЕКТИ И ПРЕДУЗЕТНИЦИ</w:t>
      </w:r>
      <w:r w:rsidR="0049543C" w:rsidRPr="0049543C">
        <w:rPr>
          <w:rFonts w:ascii="Verdana" w:eastAsia="Verdana" w:hAnsi="Verdana"/>
          <w:b/>
          <w:bCs/>
          <w:szCs w:val="24"/>
          <w:lang w:val="ru-RU"/>
        </w:rPr>
        <w:t>Е</w:t>
      </w:r>
    </w:p>
    <w:p w14:paraId="51825783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64AA63A4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39FAB342" w14:textId="6F74EA97" w:rsidR="0057756C" w:rsidRPr="0049543C" w:rsidRDefault="00C44D96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>
        <w:rPr>
          <w:rFonts w:ascii="Verdana" w:eastAsia="Verdana" w:hAnsi="Verdana"/>
          <w:sz w:val="20"/>
          <w:szCs w:val="20"/>
          <w:lang w:val="ru-RU"/>
        </w:rPr>
        <w:t>М</w:t>
      </w:r>
      <w:r w:rsidR="0049543C" w:rsidRPr="0049543C">
        <w:rPr>
          <w:rFonts w:ascii="Verdana" w:eastAsia="Verdana" w:hAnsi="Verdana"/>
          <w:sz w:val="20"/>
          <w:szCs w:val="20"/>
          <w:lang w:val="ru-RU"/>
        </w:rPr>
        <w:t>олимо да сва поља попуните јасно и потпуно, у складу са критеријумима за процену пријава.</w:t>
      </w:r>
    </w:p>
    <w:p w14:paraId="6E2A0430" w14:textId="77777777" w:rsidR="00E7521D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BD3E7C6" w14:textId="77777777" w:rsidR="005A2C90" w:rsidRPr="0049543C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A918212" w14:textId="006AD0B8" w:rsidR="0057756C" w:rsidRPr="00347AC2" w:rsidRDefault="0049543C" w:rsidP="005A2C90">
      <w:pPr>
        <w:pStyle w:val="ListParagraph"/>
        <w:keepNext/>
        <w:numPr>
          <w:ilvl w:val="0"/>
          <w:numId w:val="10"/>
        </w:numPr>
        <w:spacing w:after="0" w:line="240" w:lineRule="auto"/>
        <w:rPr>
          <w:rFonts w:ascii="Verdana" w:hAnsi="Verdana"/>
          <w:b/>
          <w:bCs/>
          <w:sz w:val="20"/>
          <w:szCs w:val="20"/>
          <w:lang w:val="ru-RU"/>
        </w:rPr>
      </w:pPr>
      <w:r w:rsidRPr="00347AC2">
        <w:rPr>
          <w:rFonts w:ascii="Verdana" w:hAnsi="Verdana"/>
          <w:b/>
          <w:bCs/>
          <w:sz w:val="20"/>
          <w:szCs w:val="20"/>
          <w:lang w:val="ru-RU"/>
        </w:rPr>
        <w:t>ОПШТИ ПОДАЦИ</w:t>
      </w:r>
    </w:p>
    <w:p w14:paraId="3A3D71F6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310A2E06" w14:textId="674798D3" w:rsidR="00441863" w:rsidRDefault="0049543C" w:rsidP="00897F68">
      <w:pPr>
        <w:spacing w:after="0" w:line="240" w:lineRule="auto"/>
        <w:jc w:val="both"/>
        <w:rPr>
          <w:rFonts w:ascii="Verdana" w:eastAsia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Пун пословни назив привредног субјекта</w:t>
      </w:r>
      <w:r w:rsidR="00897F68">
        <w:rPr>
          <w:rFonts w:ascii="Verdana" w:eastAsia="Verdana" w:hAnsi="Verdana"/>
          <w:sz w:val="20"/>
          <w:szCs w:val="20"/>
          <w:lang w:val="ru-RU"/>
        </w:rPr>
        <w:t>, односно предузетника</w:t>
      </w:r>
      <w:r w:rsidRPr="0049543C">
        <w:rPr>
          <w:rFonts w:ascii="Verdana" w:eastAsia="Verdana" w:hAnsi="Verdana"/>
          <w:sz w:val="20"/>
          <w:szCs w:val="20"/>
          <w:lang w:val="ru-RU"/>
        </w:rPr>
        <w:t xml:space="preserve">: </w:t>
      </w:r>
    </w:p>
    <w:p w14:paraId="506F3043" w14:textId="77777777" w:rsidR="00441863" w:rsidRDefault="00441863" w:rsidP="005A2C90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</w:p>
    <w:p w14:paraId="3B37E0D4" w14:textId="6E947591" w:rsidR="0057756C" w:rsidRPr="0049543C" w:rsidRDefault="00441863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519830B5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3C51E1BD" w14:textId="3D42C794" w:rsidR="00441863" w:rsidRDefault="00720EBA" w:rsidP="005A2C90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  <w:r>
        <w:rPr>
          <w:rFonts w:ascii="Verdana" w:eastAsia="Verdana" w:hAnsi="Verdana"/>
          <w:sz w:val="20"/>
          <w:szCs w:val="20"/>
          <w:lang w:val="ru-RU"/>
        </w:rPr>
        <w:t>А</w:t>
      </w:r>
      <w:r w:rsidR="0049543C" w:rsidRPr="0049543C">
        <w:rPr>
          <w:rFonts w:ascii="Verdana" w:eastAsia="Verdana" w:hAnsi="Verdana"/>
          <w:sz w:val="20"/>
          <w:szCs w:val="20"/>
          <w:lang w:val="ru-RU"/>
        </w:rPr>
        <w:t>дреса:</w:t>
      </w:r>
    </w:p>
    <w:p w14:paraId="69B8FB42" w14:textId="11210F3A" w:rsidR="0057756C" w:rsidRPr="0049543C" w:rsidRDefault="0049543C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 xml:space="preserve"> </w:t>
      </w:r>
      <w:r w:rsidR="00441863"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 w:rsidR="00441863">
        <w:rPr>
          <w:rFonts w:ascii="Verdana" w:hAnsi="Verdana"/>
          <w:sz w:val="20"/>
          <w:szCs w:val="20"/>
          <w:lang w:val="ru-RU"/>
        </w:rPr>
        <w:t>_____</w:t>
      </w:r>
      <w:r w:rsidR="00441863" w:rsidRPr="0049543C">
        <w:rPr>
          <w:rFonts w:ascii="Verdana" w:hAnsi="Verdana"/>
          <w:sz w:val="20"/>
          <w:szCs w:val="20"/>
          <w:lang w:val="ru-RU"/>
        </w:rPr>
        <w:t>___</w:t>
      </w:r>
    </w:p>
    <w:p w14:paraId="242AD6C8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411566ED" w14:textId="77777777" w:rsidR="00441863" w:rsidRDefault="0049543C" w:rsidP="005A2C90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 xml:space="preserve">Контакт особа (име, презиме и функција): </w:t>
      </w:r>
    </w:p>
    <w:p w14:paraId="29D1062E" w14:textId="77777777" w:rsidR="00441863" w:rsidRDefault="00441863" w:rsidP="005A2C90">
      <w:pPr>
        <w:spacing w:after="0" w:line="240" w:lineRule="auto"/>
        <w:rPr>
          <w:rFonts w:ascii="Verdana" w:eastAsia="Verdana" w:hAnsi="Verdana"/>
          <w:sz w:val="20"/>
          <w:szCs w:val="20"/>
          <w:lang w:val="ru-RU"/>
        </w:rPr>
      </w:pPr>
    </w:p>
    <w:p w14:paraId="788BEF6F" w14:textId="6D1A6CE9" w:rsidR="0057756C" w:rsidRPr="0049543C" w:rsidRDefault="00441863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7F3046B8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BD8209C" w14:textId="77777777" w:rsidR="006D5A64" w:rsidRPr="006D5A64" w:rsidRDefault="006D5A64" w:rsidP="006D5A64">
      <w:pPr>
        <w:spacing w:after="0" w:line="240" w:lineRule="auto"/>
        <w:jc w:val="both"/>
        <w:rPr>
          <w:rFonts w:ascii="Verdana" w:eastAsia="Verdana" w:hAnsi="Verdana"/>
          <w:sz w:val="20"/>
          <w:szCs w:val="20"/>
          <w:lang w:val="ru-RU"/>
        </w:rPr>
      </w:pPr>
      <w:r w:rsidRPr="006D5A64">
        <w:rPr>
          <w:rFonts w:ascii="Verdana" w:eastAsia="Verdana" w:hAnsi="Verdana"/>
          <w:sz w:val="20"/>
          <w:szCs w:val="20"/>
          <w:lang w:val="ru-RU"/>
        </w:rPr>
        <w:t>Контакт телефон: _________________________________________________________</w:t>
      </w:r>
    </w:p>
    <w:p w14:paraId="5D67E6A6" w14:textId="77777777" w:rsidR="006D5A64" w:rsidRPr="006D5A64" w:rsidRDefault="006D5A64" w:rsidP="006D5A64">
      <w:pPr>
        <w:spacing w:after="0" w:line="240" w:lineRule="auto"/>
        <w:jc w:val="both"/>
        <w:rPr>
          <w:rFonts w:ascii="Verdana" w:eastAsia="Verdana" w:hAnsi="Verdana"/>
          <w:sz w:val="20"/>
          <w:szCs w:val="20"/>
          <w:lang w:val="ru-RU"/>
        </w:rPr>
      </w:pPr>
    </w:p>
    <w:p w14:paraId="36CEB6BA" w14:textId="76085062" w:rsidR="00E7521D" w:rsidRPr="0049543C" w:rsidRDefault="006D5A64" w:rsidP="006D5A64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6D5A64">
        <w:rPr>
          <w:rFonts w:ascii="Verdana" w:eastAsia="Verdana" w:hAnsi="Verdana"/>
          <w:sz w:val="20"/>
          <w:szCs w:val="20"/>
          <w:lang w:val="ru-RU"/>
        </w:rPr>
        <w:t>Електронска пошта: _______________________________________________________</w:t>
      </w:r>
    </w:p>
    <w:p w14:paraId="4F934CBA" w14:textId="77777777" w:rsidR="005A2C90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3B433888" w14:textId="77777777" w:rsidR="00720EBA" w:rsidRPr="0049543C" w:rsidRDefault="00720EBA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47BC9822" w14:textId="2F0BB28F" w:rsidR="0057756C" w:rsidRPr="00347AC2" w:rsidRDefault="0049543C" w:rsidP="005A2C90">
      <w:pPr>
        <w:pStyle w:val="ListParagraph"/>
        <w:keepNext/>
        <w:numPr>
          <w:ilvl w:val="0"/>
          <w:numId w:val="10"/>
        </w:numPr>
        <w:spacing w:after="0" w:line="240" w:lineRule="auto"/>
        <w:rPr>
          <w:rFonts w:ascii="Verdana" w:hAnsi="Verdana"/>
          <w:b/>
          <w:bCs/>
          <w:sz w:val="20"/>
          <w:szCs w:val="20"/>
          <w:lang w:val="ru-RU"/>
        </w:rPr>
      </w:pPr>
      <w:r w:rsidRPr="00347AC2">
        <w:rPr>
          <w:rFonts w:ascii="Verdana" w:eastAsia="Verdana" w:hAnsi="Verdana"/>
          <w:b/>
          <w:bCs/>
          <w:sz w:val="20"/>
          <w:szCs w:val="20"/>
          <w:lang w:val="ru-RU"/>
        </w:rPr>
        <w:t>ОПШТИ КРИТЕРИЈУМИ ЗА ОЦЕНУ</w:t>
      </w:r>
    </w:p>
    <w:p w14:paraId="2CBB73B9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2D071D7D" w14:textId="77777777" w:rsidR="006D5A64" w:rsidRPr="0049543C" w:rsidRDefault="006D5A64" w:rsidP="006D5A64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5A2C90">
        <w:rPr>
          <w:rFonts w:ascii="Verdana" w:hAnsi="Verdana"/>
          <w:sz w:val="20"/>
          <w:szCs w:val="20"/>
          <w:lang w:val="ru-RU"/>
        </w:rPr>
        <w:t>1. Јавна посвећеност инклузији</w:t>
      </w:r>
      <w:r w:rsidRPr="0049543C">
        <w:rPr>
          <w:rFonts w:ascii="Verdana" w:hAnsi="Verdana"/>
          <w:sz w:val="20"/>
          <w:szCs w:val="20"/>
          <w:lang w:val="ru-RU"/>
        </w:rPr>
        <w:t xml:space="preserve"> (описати стратегије, документе, јавне изјаве):</w:t>
      </w:r>
    </w:p>
    <w:p w14:paraId="4AC5C164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10F5F54E" w14:textId="06A6F2C4" w:rsidR="0057756C" w:rsidRDefault="00000000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5D264D2A" w14:textId="77777777" w:rsidR="00347AC2" w:rsidRDefault="00347AC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7200AA12" w14:textId="35419345" w:rsidR="00347AC2" w:rsidRPr="0049543C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3A33D860" w14:textId="77777777" w:rsidR="00347AC2" w:rsidRDefault="00347AC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FE03E62" w14:textId="728F3A45" w:rsidR="00347AC2" w:rsidRPr="0049543C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1A47CF16" w14:textId="77777777" w:rsidR="00347AC2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5249C82F" w14:textId="7D38BCA0" w:rsidR="00347AC2" w:rsidRPr="0049543C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0F6289B6" w14:textId="77777777" w:rsidR="00347AC2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6BF4CE98" w14:textId="7D09897F" w:rsidR="00347AC2" w:rsidRPr="0049543C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</w:t>
      </w:r>
      <w:r w:rsidR="005A2C90"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____</w:t>
      </w:r>
    </w:p>
    <w:p w14:paraId="320E5C39" w14:textId="77777777" w:rsidR="00347AC2" w:rsidRPr="00347AC2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1EF9103" w14:textId="77777777" w:rsidR="005A2C90" w:rsidRDefault="005A2C90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49007271" w14:textId="3623A6EC" w:rsidR="00E7521D" w:rsidRDefault="006D5A64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2. Континуитет активности (колико дуго спроводите мере, план за наставак):</w:t>
      </w:r>
    </w:p>
    <w:p w14:paraId="0465C713" w14:textId="77777777" w:rsidR="006D5A64" w:rsidRPr="006D5A64" w:rsidRDefault="006D5A64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96F1AB0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365FD390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15441E72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7150BACD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11B3DF0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4D23F694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7B77629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4C146355" w14:textId="77777777" w:rsidR="005A2C90" w:rsidRPr="0049543C" w:rsidRDefault="005A2C90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1C8FAA69" w14:textId="77777777" w:rsidR="00E7521D" w:rsidRPr="0049543C" w:rsidRDefault="00E7521D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7EA2EA85" w14:textId="77777777" w:rsidR="006D5A64" w:rsidRPr="0049543C" w:rsidRDefault="006D5A64" w:rsidP="006D5A64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3. Укључење особа са инвалидитетом у процесе одлучивања / програме:</w:t>
      </w:r>
    </w:p>
    <w:p w14:paraId="12CCD6AB" w14:textId="77777777" w:rsidR="00E7521D" w:rsidRPr="0049543C" w:rsidRDefault="00E7521D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</w:p>
    <w:p w14:paraId="543D0066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43452C7C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FC86C4F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56EFF5AE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EB0EC07" w14:textId="72D55425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745B9DE2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9C4E308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50F2A7DA" w14:textId="77777777" w:rsidR="00347AC2" w:rsidRDefault="00347AC2" w:rsidP="005A2C90">
      <w:pPr>
        <w:spacing w:after="0" w:line="240" w:lineRule="auto"/>
        <w:rPr>
          <w:rFonts w:ascii="Verdana" w:hAnsi="Verdana"/>
          <w:sz w:val="20"/>
          <w:szCs w:val="20"/>
          <w:lang w:val="sr-Cyrl-RS"/>
        </w:rPr>
      </w:pPr>
    </w:p>
    <w:p w14:paraId="6F219B34" w14:textId="77777777" w:rsidR="005A2C90" w:rsidRPr="005A2C90" w:rsidRDefault="005A2C90" w:rsidP="005A2C90">
      <w:pPr>
        <w:spacing w:after="0" w:line="240" w:lineRule="auto"/>
        <w:rPr>
          <w:rFonts w:ascii="Verdana" w:hAnsi="Verdana"/>
          <w:sz w:val="20"/>
          <w:szCs w:val="20"/>
          <w:lang w:val="sr-Cyrl-RS"/>
        </w:rPr>
      </w:pPr>
    </w:p>
    <w:p w14:paraId="5ADA6C45" w14:textId="10CB4817" w:rsidR="0057756C" w:rsidRPr="00347AC2" w:rsidRDefault="0049543C" w:rsidP="005A2C90">
      <w:pPr>
        <w:pStyle w:val="ListParagraph"/>
        <w:keepNext/>
        <w:numPr>
          <w:ilvl w:val="0"/>
          <w:numId w:val="10"/>
        </w:numPr>
        <w:spacing w:after="0" w:line="240" w:lineRule="auto"/>
        <w:rPr>
          <w:rFonts w:ascii="Verdana" w:hAnsi="Verdana"/>
          <w:b/>
          <w:bCs/>
          <w:sz w:val="20"/>
          <w:szCs w:val="20"/>
          <w:lang w:val="ru-RU"/>
        </w:rPr>
      </w:pPr>
      <w:r w:rsidRPr="00347AC2">
        <w:rPr>
          <w:rFonts w:ascii="Verdana" w:eastAsia="Verdana" w:hAnsi="Verdana"/>
          <w:b/>
          <w:bCs/>
          <w:sz w:val="20"/>
          <w:szCs w:val="20"/>
          <w:lang w:val="ru-RU"/>
        </w:rPr>
        <w:t xml:space="preserve">ПОСЕБНИ КРИТЕРИЈУМИ </w:t>
      </w:r>
    </w:p>
    <w:p w14:paraId="4AC43D4C" w14:textId="77777777" w:rsidR="00E7521D" w:rsidRPr="0049543C" w:rsidRDefault="00E7521D" w:rsidP="005A2C90">
      <w:pPr>
        <w:spacing w:after="0" w:line="240" w:lineRule="auto"/>
        <w:rPr>
          <w:rFonts w:ascii="Verdana" w:hAnsi="Verdana"/>
          <w:b/>
          <w:bCs/>
          <w:sz w:val="20"/>
          <w:szCs w:val="20"/>
          <w:lang w:val="ru-RU"/>
        </w:rPr>
      </w:pPr>
    </w:p>
    <w:p w14:paraId="7461994B" w14:textId="4B7FA7CC" w:rsidR="00E7521D" w:rsidRDefault="006D5A64" w:rsidP="005A2C90">
      <w:pPr>
        <w:spacing w:after="0" w:line="240" w:lineRule="auto"/>
        <w:rPr>
          <w:rFonts w:ascii="Verdana" w:eastAsia="Verdana" w:hAnsi="Verdana"/>
          <w:sz w:val="20"/>
          <w:szCs w:val="20"/>
          <w:lang w:val="sr-Latn-RS"/>
        </w:rPr>
      </w:pPr>
      <w:r w:rsidRPr="006D5A64">
        <w:rPr>
          <w:rFonts w:ascii="Verdana" w:eastAsia="Verdana" w:hAnsi="Verdana"/>
          <w:sz w:val="20"/>
          <w:szCs w:val="20"/>
          <w:lang w:val="ru-RU"/>
        </w:rPr>
        <w:t>1. Број и проценат запослених особа са инвалидитетом:</w:t>
      </w:r>
    </w:p>
    <w:p w14:paraId="0CED9C77" w14:textId="77777777" w:rsidR="006D5A64" w:rsidRPr="006D5A64" w:rsidRDefault="006D5A64" w:rsidP="005A2C90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9968837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1EF49DA5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29507991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0F54731D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35D0E54B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29F94C35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5BED5E8D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0FE40F2F" w14:textId="77777777" w:rsidR="0001072E" w:rsidRDefault="0001072E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D003939" w14:textId="77777777" w:rsidR="0001072E" w:rsidRDefault="0001072E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220110F" w14:textId="3D3A9370" w:rsidR="00E7521D" w:rsidRDefault="006D5A64" w:rsidP="005A2C90">
      <w:pPr>
        <w:spacing w:after="0" w:line="240" w:lineRule="auto"/>
        <w:jc w:val="both"/>
        <w:rPr>
          <w:rFonts w:ascii="Verdana" w:eastAsia="Verdana" w:hAnsi="Verdana"/>
          <w:sz w:val="20"/>
          <w:szCs w:val="20"/>
          <w:lang w:val="sr-Latn-RS"/>
        </w:rPr>
      </w:pPr>
      <w:r w:rsidRPr="006D5A64">
        <w:rPr>
          <w:rFonts w:ascii="Verdana" w:eastAsia="Verdana" w:hAnsi="Verdana"/>
          <w:sz w:val="20"/>
          <w:szCs w:val="20"/>
          <w:lang w:val="ru-RU"/>
        </w:rPr>
        <w:t>2. Врста послова и степен прилагођености радних места:</w:t>
      </w:r>
    </w:p>
    <w:p w14:paraId="3E048BBD" w14:textId="77777777" w:rsidR="006D5A64" w:rsidRPr="006D5A64" w:rsidRDefault="006D5A64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3CA03AE4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6A0007FB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1E3F0925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734E8590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2666DD33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5340B8FB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5054BA6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3F787184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3AF4366" w14:textId="77777777" w:rsidR="00347AC2" w:rsidRDefault="00347AC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88AB0DD" w14:textId="575BFC29" w:rsidR="006D5A64" w:rsidRDefault="006D5A64" w:rsidP="005A2C90">
      <w:pPr>
        <w:spacing w:after="0" w:line="240" w:lineRule="auto"/>
        <w:jc w:val="both"/>
        <w:rPr>
          <w:rFonts w:ascii="Verdana" w:eastAsia="Verdana" w:hAnsi="Verdana"/>
          <w:sz w:val="20"/>
          <w:szCs w:val="20"/>
          <w:lang w:val="sr-Latn-RS"/>
        </w:rPr>
      </w:pPr>
      <w:r w:rsidRPr="006D5A64">
        <w:rPr>
          <w:rFonts w:ascii="Verdana" w:eastAsia="Verdana" w:hAnsi="Verdana"/>
          <w:sz w:val="20"/>
          <w:szCs w:val="20"/>
          <w:lang w:val="ru-RU"/>
        </w:rPr>
        <w:t>3. Архитектонска и дигитална приступачност радног окружења:</w:t>
      </w:r>
    </w:p>
    <w:p w14:paraId="591B59A7" w14:textId="77777777" w:rsidR="006D5A64" w:rsidRPr="006D5A64" w:rsidRDefault="006D5A64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54609BF2" w14:textId="77777777" w:rsidR="00720EBA" w:rsidRDefault="00720EBA" w:rsidP="00720EBA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194B70CD" w14:textId="77777777" w:rsidR="00720EBA" w:rsidRDefault="00720EBA" w:rsidP="00720EBA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7E3332CC" w14:textId="77777777" w:rsidR="00720EBA" w:rsidRPr="0049543C" w:rsidRDefault="00720EBA" w:rsidP="00720EBA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0D30C382" w14:textId="77777777" w:rsidR="00720EBA" w:rsidRDefault="00720EBA" w:rsidP="00720EBA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22C90E65" w14:textId="77777777" w:rsidR="00720EBA" w:rsidRPr="0049543C" w:rsidRDefault="00720EBA" w:rsidP="00720EBA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163A0D10" w14:textId="77777777" w:rsidR="00720EBA" w:rsidRDefault="00720EBA" w:rsidP="00720EBA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4C13E685" w14:textId="77777777" w:rsidR="00720EBA" w:rsidRPr="0049543C" w:rsidRDefault="00720EBA" w:rsidP="00720EBA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566CFE48" w14:textId="77777777" w:rsidR="00E7521D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5D03622" w14:textId="77777777" w:rsidR="0001072E" w:rsidRPr="0049543C" w:rsidRDefault="0001072E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0889262A" w14:textId="546A2F94" w:rsidR="00E7521D" w:rsidRDefault="006D5A64" w:rsidP="005A2C90">
      <w:pPr>
        <w:spacing w:after="0" w:line="240" w:lineRule="auto"/>
        <w:jc w:val="both"/>
        <w:rPr>
          <w:rFonts w:ascii="Verdana" w:eastAsia="Verdana" w:hAnsi="Verdana"/>
          <w:sz w:val="20"/>
          <w:szCs w:val="20"/>
          <w:lang w:val="sr-Latn-RS"/>
        </w:rPr>
      </w:pPr>
      <w:r w:rsidRPr="006D5A64">
        <w:rPr>
          <w:rFonts w:ascii="Verdana" w:eastAsia="Verdana" w:hAnsi="Verdana"/>
          <w:sz w:val="20"/>
          <w:szCs w:val="20"/>
          <w:lang w:val="ru-RU"/>
        </w:rPr>
        <w:t>4. Инклузивне ХР и политике друштвено одговорног пословања (обуке, менторство, сарадња са заједницом):</w:t>
      </w:r>
    </w:p>
    <w:p w14:paraId="67B30E4B" w14:textId="77777777" w:rsidR="006D5A64" w:rsidRPr="006D5A64" w:rsidRDefault="006D5A64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4FB9A6D1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2041927E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0E9DBB33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54235BAF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6B811F57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539C337B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2A6FDEA9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56EAAD6C" w14:textId="1DB33C67" w:rsidR="00347AC2" w:rsidRDefault="00347AC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42F3465" w14:textId="56536FC4" w:rsidR="00E7521D" w:rsidRDefault="006D5A64" w:rsidP="005A2C90">
      <w:pPr>
        <w:spacing w:after="0" w:line="240" w:lineRule="auto"/>
        <w:jc w:val="both"/>
        <w:rPr>
          <w:rFonts w:ascii="Verdana" w:eastAsia="Verdana" w:hAnsi="Verdana"/>
          <w:sz w:val="20"/>
          <w:szCs w:val="20"/>
          <w:lang w:val="sr-Latn-RS"/>
        </w:rPr>
      </w:pPr>
      <w:r w:rsidRPr="006D5A64">
        <w:rPr>
          <w:rFonts w:ascii="Verdana" w:eastAsia="Verdana" w:hAnsi="Verdana"/>
          <w:sz w:val="20"/>
          <w:szCs w:val="20"/>
          <w:lang w:val="ru-RU"/>
        </w:rPr>
        <w:t>5. Иновације и примери добре праксе:</w:t>
      </w:r>
    </w:p>
    <w:p w14:paraId="6F368BD5" w14:textId="77777777" w:rsidR="006D5A64" w:rsidRPr="006D5A64" w:rsidRDefault="006D5A64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20BDBF3B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2A5DF900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7226422C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40C595A2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6F2ABA7F" w14:textId="77777777" w:rsidR="006D5A64" w:rsidRDefault="006D5A64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4EB7055A" w14:textId="77777777" w:rsidR="006D5A64" w:rsidRDefault="006D5A64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770A473B" w14:textId="55418C7A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605BAB67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37CB69C2" w14:textId="77777777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0DA71A40" w14:textId="77777777" w:rsidR="0057756C" w:rsidRDefault="0057756C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39AA4D8" w14:textId="77777777" w:rsidR="005A2C90" w:rsidRPr="0049543C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2B8259B" w14:textId="235EDE31" w:rsidR="0057756C" w:rsidRPr="00347AC2" w:rsidRDefault="0049543C" w:rsidP="005A2C90">
      <w:pPr>
        <w:pStyle w:val="ListParagraph"/>
        <w:keepNext/>
        <w:numPr>
          <w:ilvl w:val="0"/>
          <w:numId w:val="10"/>
        </w:numPr>
        <w:spacing w:after="0" w:line="240" w:lineRule="auto"/>
        <w:rPr>
          <w:rFonts w:ascii="Verdana" w:hAnsi="Verdana"/>
          <w:b/>
          <w:bCs/>
          <w:sz w:val="20"/>
          <w:szCs w:val="20"/>
          <w:lang w:val="ru-RU"/>
        </w:rPr>
      </w:pPr>
      <w:r w:rsidRPr="00347AC2">
        <w:rPr>
          <w:rFonts w:ascii="Verdana" w:eastAsia="Verdana" w:hAnsi="Verdana"/>
          <w:b/>
          <w:bCs/>
          <w:sz w:val="20"/>
          <w:szCs w:val="20"/>
          <w:lang w:val="ru-RU"/>
        </w:rPr>
        <w:t>ОСТАЛЕ РЕЛЕВАНТНЕ ИНФОРМАЦИЈЕ</w:t>
      </w:r>
    </w:p>
    <w:p w14:paraId="3AFFA8DC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4D87976E" w14:textId="70CE0B3E" w:rsidR="0057756C" w:rsidRPr="0049543C" w:rsidRDefault="0049543C" w:rsidP="00897F68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Наведите друге чињенице, резултате или примере које сматрате значајним за процену пријаве:</w:t>
      </w:r>
    </w:p>
    <w:p w14:paraId="6074655B" w14:textId="77777777" w:rsidR="00E7521D" w:rsidRPr="0049543C" w:rsidRDefault="00E7521D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11A4FB11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___</w:t>
      </w:r>
    </w:p>
    <w:p w14:paraId="01406883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1EF618F2" w14:textId="3FEAF380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</w:t>
      </w:r>
    </w:p>
    <w:p w14:paraId="6227CDF6" w14:textId="77777777" w:rsidR="0001072E" w:rsidRDefault="0001072E" w:rsidP="0001072E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2C1537BD" w14:textId="3C4C2120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450815E4" w14:textId="77777777" w:rsidR="0001072E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sr-Latn-RS"/>
        </w:rPr>
      </w:pPr>
    </w:p>
    <w:p w14:paraId="623CA990" w14:textId="0A13553B" w:rsidR="0001072E" w:rsidRPr="0049543C" w:rsidRDefault="0001072E" w:rsidP="0001072E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_________________________________________________________________</w:t>
      </w:r>
      <w:r>
        <w:rPr>
          <w:rFonts w:ascii="Verdana" w:hAnsi="Verdana"/>
          <w:sz w:val="20"/>
          <w:szCs w:val="20"/>
          <w:lang w:val="ru-RU"/>
        </w:rPr>
        <w:t>_____</w:t>
      </w:r>
      <w:r w:rsidRPr="0049543C">
        <w:rPr>
          <w:rFonts w:ascii="Verdana" w:hAnsi="Verdana"/>
          <w:sz w:val="20"/>
          <w:szCs w:val="20"/>
          <w:lang w:val="ru-RU"/>
        </w:rPr>
        <w:t>__</w:t>
      </w:r>
    </w:p>
    <w:p w14:paraId="73001307" w14:textId="77777777" w:rsidR="0057756C" w:rsidRDefault="0057756C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0F6A611" w14:textId="77777777" w:rsidR="005A2C90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4BFA7DF" w14:textId="32761DAC" w:rsidR="00D46E63" w:rsidRPr="0049543C" w:rsidRDefault="00D46E63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4E6F6D1" w14:textId="4F57DBD2" w:rsidR="0057756C" w:rsidRDefault="0049543C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hAnsi="Verdana"/>
          <w:sz w:val="20"/>
          <w:szCs w:val="20"/>
          <w:lang w:val="ru-RU"/>
        </w:rPr>
        <w:t>Датум: ____________________________</w:t>
      </w:r>
    </w:p>
    <w:p w14:paraId="1BCEB448" w14:textId="1D14541F" w:rsidR="005A2C90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F16CB3C" w14:textId="0FD8D5FE" w:rsidR="005A2C90" w:rsidRPr="0049543C" w:rsidRDefault="005A2C9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0B9792C2" w14:textId="300935AD" w:rsidR="0057756C" w:rsidRDefault="0049543C" w:rsidP="005A2C90">
      <w:pPr>
        <w:spacing w:after="0" w:line="240" w:lineRule="auto"/>
        <w:rPr>
          <w:rFonts w:ascii="Verdana" w:hAnsi="Verdana"/>
          <w:sz w:val="20"/>
          <w:szCs w:val="20"/>
          <w:lang w:val="ru-RU"/>
        </w:rPr>
      </w:pPr>
      <w:r w:rsidRPr="0049543C">
        <w:rPr>
          <w:rFonts w:ascii="Verdana" w:eastAsia="Verdana" w:hAnsi="Verdana"/>
          <w:sz w:val="20"/>
          <w:szCs w:val="20"/>
          <w:lang w:val="ru-RU"/>
        </w:rPr>
        <w:t>Потпис и печат овлашћеног представника: ____________________________</w:t>
      </w:r>
    </w:p>
    <w:p w14:paraId="5D3612DC" w14:textId="77777777" w:rsidR="00732472" w:rsidRDefault="00732472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13FAB512" w14:textId="12F8BEB8" w:rsidR="00897F68" w:rsidRDefault="00897F68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BA5EFD4" w14:textId="77777777" w:rsidR="00897F68" w:rsidRDefault="00897F68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51CC043E" w14:textId="4D3C9E58" w:rsidR="00897F68" w:rsidRPr="00897F68" w:rsidRDefault="00897F68" w:rsidP="00897F68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  <w:r w:rsidRPr="00897F68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 </w:t>
      </w:r>
    </w:p>
    <w:p w14:paraId="14FFDDA4" w14:textId="4B40699A" w:rsidR="00897F68" w:rsidRPr="00897F68" w:rsidRDefault="00897F68" w:rsidP="00897F68">
      <w:pPr>
        <w:spacing w:after="0" w:line="240" w:lineRule="auto"/>
        <w:jc w:val="both"/>
        <w:rPr>
          <w:rFonts w:ascii="Verdana" w:hAnsi="Verdana"/>
          <w:sz w:val="20"/>
          <w:szCs w:val="20"/>
          <w:lang w:val="sr-Latn-RS"/>
        </w:rPr>
      </w:pPr>
    </w:p>
    <w:p w14:paraId="539856B9" w14:textId="78D37002" w:rsidR="00732472" w:rsidRPr="0049543C" w:rsidRDefault="009F7B10" w:rsidP="005A2C90">
      <w:pPr>
        <w:spacing w:after="0" w:line="240" w:lineRule="auto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noProof/>
          <w:sz w:val="20"/>
          <w:szCs w:val="20"/>
          <w:lang w:val="ru-RU"/>
        </w:rPr>
        <w:drawing>
          <wp:anchor distT="0" distB="0" distL="114300" distR="114300" simplePos="0" relativeHeight="251659264" behindDoc="1" locked="0" layoutInCell="1" allowOverlap="1" wp14:anchorId="0F20EFAC" wp14:editId="00BBB240">
            <wp:simplePos x="0" y="0"/>
            <wp:positionH relativeFrom="column">
              <wp:posOffset>3810</wp:posOffset>
            </wp:positionH>
            <wp:positionV relativeFrom="paragraph">
              <wp:posOffset>384203</wp:posOffset>
            </wp:positionV>
            <wp:extent cx="2609215" cy="2182495"/>
            <wp:effectExtent l="0" t="0" r="0" b="0"/>
            <wp:wrapTight wrapText="bothSides">
              <wp:wrapPolygon edited="0">
                <wp:start x="10093" y="943"/>
                <wp:lineTo x="8043" y="2640"/>
                <wp:lineTo x="7885" y="3017"/>
                <wp:lineTo x="8516" y="4336"/>
                <wp:lineTo x="7727" y="5090"/>
                <wp:lineTo x="7727" y="10935"/>
                <wp:lineTo x="10093" y="13386"/>
                <wp:lineTo x="2366" y="13763"/>
                <wp:lineTo x="1419" y="13952"/>
                <wp:lineTo x="1419" y="18100"/>
                <wp:lineTo x="3627" y="19042"/>
                <wp:lineTo x="7570" y="19419"/>
                <wp:lineTo x="8358" y="19419"/>
                <wp:lineTo x="16401" y="19042"/>
                <wp:lineTo x="19871" y="18288"/>
                <wp:lineTo x="19871" y="14706"/>
                <wp:lineTo x="18294" y="14140"/>
                <wp:lineTo x="11039" y="13386"/>
                <wp:lineTo x="13247" y="10747"/>
                <wp:lineTo x="13247" y="5279"/>
                <wp:lineTo x="12459" y="4336"/>
                <wp:lineTo x="13247" y="3205"/>
                <wp:lineTo x="12932" y="2640"/>
                <wp:lineTo x="10881" y="943"/>
                <wp:lineTo x="10093" y="943"/>
              </wp:wrapPolygon>
            </wp:wrapTight>
            <wp:docPr id="1428880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218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7F68" w:rsidRPr="00897F68">
        <w:rPr>
          <w:rFonts w:ascii="Verdana" w:hAnsi="Verdana"/>
          <w:noProof/>
          <w:sz w:val="20"/>
          <w:szCs w:val="20"/>
          <w:lang w:val="sr-Latn-RS"/>
        </w:rPr>
        <w:drawing>
          <wp:anchor distT="0" distB="0" distL="114300" distR="114300" simplePos="0" relativeHeight="251658240" behindDoc="1" locked="0" layoutInCell="1" allowOverlap="1" wp14:anchorId="5AB0F5A1" wp14:editId="35D7C6E7">
            <wp:simplePos x="0" y="0"/>
            <wp:positionH relativeFrom="column">
              <wp:posOffset>3448685</wp:posOffset>
            </wp:positionH>
            <wp:positionV relativeFrom="paragraph">
              <wp:posOffset>515620</wp:posOffset>
            </wp:positionV>
            <wp:extent cx="2550795" cy="1819275"/>
            <wp:effectExtent l="0" t="0" r="1905" b="9525"/>
            <wp:wrapTight wrapText="bothSides">
              <wp:wrapPolygon edited="0">
                <wp:start x="0" y="0"/>
                <wp:lineTo x="0" y="21487"/>
                <wp:lineTo x="21455" y="21487"/>
                <wp:lineTo x="21455" y="0"/>
                <wp:lineTo x="0" y="0"/>
              </wp:wrapPolygon>
            </wp:wrapTight>
            <wp:docPr id="11804674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2" t="7657" r="7792" b="9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79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32472" w:rsidRPr="0049543C" w:rsidSect="005A2C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134" w:bottom="629" w:left="1559" w:header="720" w:footer="4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C91D" w14:textId="77777777" w:rsidR="00FB2E7D" w:rsidRDefault="00FB2E7D" w:rsidP="00E7521D">
      <w:pPr>
        <w:spacing w:after="0" w:line="240" w:lineRule="auto"/>
      </w:pPr>
      <w:r>
        <w:separator/>
      </w:r>
    </w:p>
  </w:endnote>
  <w:endnote w:type="continuationSeparator" w:id="0">
    <w:p w14:paraId="3A6489BA" w14:textId="77777777" w:rsidR="00FB2E7D" w:rsidRDefault="00FB2E7D" w:rsidP="00E75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2D77" w14:textId="77777777" w:rsidR="00D46E63" w:rsidRPr="00D46E63" w:rsidRDefault="00D46E63">
    <w:pPr>
      <w:pStyle w:val="Footer"/>
      <w:tabs>
        <w:tab w:val="clear" w:pos="4680"/>
        <w:tab w:val="clear" w:pos="9360"/>
      </w:tabs>
      <w:jc w:val="center"/>
      <w:rPr>
        <w:rFonts w:ascii="Verdana" w:hAnsi="Verdana"/>
        <w:caps/>
        <w:noProof/>
        <w:sz w:val="20"/>
        <w:szCs w:val="20"/>
      </w:rPr>
    </w:pPr>
    <w:r w:rsidRPr="00D46E63">
      <w:rPr>
        <w:rFonts w:ascii="Verdana" w:hAnsi="Verdana"/>
        <w:caps/>
        <w:sz w:val="20"/>
        <w:szCs w:val="20"/>
      </w:rPr>
      <w:fldChar w:fldCharType="begin"/>
    </w:r>
    <w:r w:rsidRPr="00D46E63">
      <w:rPr>
        <w:rFonts w:ascii="Verdana" w:hAnsi="Verdana"/>
        <w:caps/>
        <w:sz w:val="20"/>
        <w:szCs w:val="20"/>
      </w:rPr>
      <w:instrText xml:space="preserve"> PAGE   \* MERGEFORMAT </w:instrText>
    </w:r>
    <w:r w:rsidRPr="00D46E63">
      <w:rPr>
        <w:rFonts w:ascii="Verdana" w:hAnsi="Verdana"/>
        <w:caps/>
        <w:sz w:val="20"/>
        <w:szCs w:val="20"/>
      </w:rPr>
      <w:fldChar w:fldCharType="separate"/>
    </w:r>
    <w:r w:rsidRPr="00D46E63">
      <w:rPr>
        <w:rFonts w:ascii="Verdana" w:hAnsi="Verdana"/>
        <w:caps/>
        <w:noProof/>
        <w:sz w:val="20"/>
        <w:szCs w:val="20"/>
      </w:rPr>
      <w:t>2</w:t>
    </w:r>
    <w:r w:rsidRPr="00D46E63">
      <w:rPr>
        <w:rFonts w:ascii="Verdana" w:hAnsi="Verdana"/>
        <w:caps/>
        <w:noProof/>
        <w:sz w:val="20"/>
        <w:szCs w:val="20"/>
      </w:rPr>
      <w:fldChar w:fldCharType="end"/>
    </w:r>
  </w:p>
  <w:p w14:paraId="5E24C751" w14:textId="77777777" w:rsidR="00D46E63" w:rsidRDefault="00D46E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70D1F" w14:textId="77777777" w:rsidR="005A2C90" w:rsidRPr="00D46E63" w:rsidRDefault="005A2C90">
    <w:pPr>
      <w:pStyle w:val="Footer"/>
      <w:tabs>
        <w:tab w:val="clear" w:pos="4680"/>
        <w:tab w:val="clear" w:pos="9360"/>
      </w:tabs>
      <w:jc w:val="center"/>
      <w:rPr>
        <w:rFonts w:ascii="Verdana" w:hAnsi="Verdana"/>
        <w:caps/>
        <w:noProof/>
        <w:sz w:val="20"/>
        <w:szCs w:val="20"/>
      </w:rPr>
    </w:pPr>
    <w:r w:rsidRPr="00D46E63">
      <w:rPr>
        <w:rFonts w:ascii="Verdana" w:hAnsi="Verdana"/>
        <w:caps/>
        <w:sz w:val="20"/>
        <w:szCs w:val="20"/>
      </w:rPr>
      <w:fldChar w:fldCharType="begin"/>
    </w:r>
    <w:r w:rsidRPr="00D46E63">
      <w:rPr>
        <w:rFonts w:ascii="Verdana" w:hAnsi="Verdana"/>
        <w:caps/>
        <w:sz w:val="20"/>
        <w:szCs w:val="20"/>
      </w:rPr>
      <w:instrText xml:space="preserve"> PAGE   \* MERGEFORMAT </w:instrText>
    </w:r>
    <w:r w:rsidRPr="00D46E63">
      <w:rPr>
        <w:rFonts w:ascii="Verdana" w:hAnsi="Verdana"/>
        <w:caps/>
        <w:sz w:val="20"/>
        <w:szCs w:val="20"/>
      </w:rPr>
      <w:fldChar w:fldCharType="separate"/>
    </w:r>
    <w:r w:rsidRPr="00D46E63">
      <w:rPr>
        <w:rFonts w:ascii="Verdana" w:hAnsi="Verdana"/>
        <w:caps/>
        <w:noProof/>
        <w:sz w:val="20"/>
        <w:szCs w:val="20"/>
      </w:rPr>
      <w:t>2</w:t>
    </w:r>
    <w:r w:rsidRPr="00D46E63">
      <w:rPr>
        <w:rFonts w:ascii="Verdana" w:hAnsi="Verdana"/>
        <w:caps/>
        <w:noProof/>
        <w:sz w:val="20"/>
        <w:szCs w:val="20"/>
      </w:rPr>
      <w:fldChar w:fldCharType="end"/>
    </w:r>
  </w:p>
  <w:p w14:paraId="18D5249F" w14:textId="77777777" w:rsidR="00E7521D" w:rsidRDefault="00E752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641A" w14:textId="77777777" w:rsidR="00FD08CF" w:rsidRDefault="00FD0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B75C3" w14:textId="77777777" w:rsidR="00FB2E7D" w:rsidRDefault="00FB2E7D" w:rsidP="00E7521D">
      <w:pPr>
        <w:spacing w:after="0" w:line="240" w:lineRule="auto"/>
      </w:pPr>
      <w:r>
        <w:separator/>
      </w:r>
    </w:p>
  </w:footnote>
  <w:footnote w:type="continuationSeparator" w:id="0">
    <w:p w14:paraId="3C633934" w14:textId="77777777" w:rsidR="00FB2E7D" w:rsidRDefault="00FB2E7D" w:rsidP="00E75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59F5" w14:textId="01051ACF" w:rsidR="005A2C90" w:rsidRDefault="00FD08C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52FE67" wp14:editId="601B190F">
          <wp:simplePos x="0" y="0"/>
          <wp:positionH relativeFrom="column">
            <wp:posOffset>635</wp:posOffset>
          </wp:positionH>
          <wp:positionV relativeFrom="paragraph">
            <wp:posOffset>-247650</wp:posOffset>
          </wp:positionV>
          <wp:extent cx="2798445" cy="591185"/>
          <wp:effectExtent l="0" t="0" r="1905" b="0"/>
          <wp:wrapTight wrapText="bothSides">
            <wp:wrapPolygon edited="0">
              <wp:start x="2059" y="0"/>
              <wp:lineTo x="0" y="6264"/>
              <wp:lineTo x="0" y="12528"/>
              <wp:lineTo x="735" y="20881"/>
              <wp:lineTo x="882" y="20881"/>
              <wp:lineTo x="3970" y="20881"/>
              <wp:lineTo x="16762" y="16009"/>
              <wp:lineTo x="17351" y="12528"/>
              <wp:lineTo x="21468" y="11136"/>
              <wp:lineTo x="21468" y="5568"/>
              <wp:lineTo x="2941" y="0"/>
              <wp:lineTo x="2059" y="0"/>
            </wp:wrapPolygon>
          </wp:wrapTight>
          <wp:docPr id="20693381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12FD" w14:textId="6D428BFF" w:rsidR="00E7521D" w:rsidRDefault="00FD08C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019792" wp14:editId="70924663">
          <wp:simplePos x="0" y="0"/>
          <wp:positionH relativeFrom="column">
            <wp:posOffset>635</wp:posOffset>
          </wp:positionH>
          <wp:positionV relativeFrom="paragraph">
            <wp:posOffset>-257175</wp:posOffset>
          </wp:positionV>
          <wp:extent cx="2800350" cy="595074"/>
          <wp:effectExtent l="0" t="0" r="0" b="0"/>
          <wp:wrapTight wrapText="bothSides">
            <wp:wrapPolygon edited="0">
              <wp:start x="2057" y="0"/>
              <wp:lineTo x="0" y="6224"/>
              <wp:lineTo x="0" y="13140"/>
              <wp:lineTo x="735" y="20747"/>
              <wp:lineTo x="882" y="20747"/>
              <wp:lineTo x="3967" y="20747"/>
              <wp:lineTo x="16751" y="15906"/>
              <wp:lineTo x="17339" y="12448"/>
              <wp:lineTo x="21453" y="11065"/>
              <wp:lineTo x="21453" y="5533"/>
              <wp:lineTo x="2939" y="0"/>
              <wp:lineTo x="2057" y="0"/>
            </wp:wrapPolygon>
          </wp:wrapTight>
          <wp:docPr id="2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5950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A9E6" w14:textId="77777777" w:rsidR="00FD08CF" w:rsidRDefault="00FD08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F845088"/>
    <w:multiLevelType w:val="hybridMultilevel"/>
    <w:tmpl w:val="B08A3D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732566">
    <w:abstractNumId w:val="8"/>
  </w:num>
  <w:num w:numId="2" w16cid:durableId="1068652309">
    <w:abstractNumId w:val="6"/>
  </w:num>
  <w:num w:numId="3" w16cid:durableId="2127117949">
    <w:abstractNumId w:val="5"/>
  </w:num>
  <w:num w:numId="4" w16cid:durableId="521671022">
    <w:abstractNumId w:val="4"/>
  </w:num>
  <w:num w:numId="5" w16cid:durableId="1256673244">
    <w:abstractNumId w:val="7"/>
  </w:num>
  <w:num w:numId="6" w16cid:durableId="1146893253">
    <w:abstractNumId w:val="3"/>
  </w:num>
  <w:num w:numId="7" w16cid:durableId="864706776">
    <w:abstractNumId w:val="2"/>
  </w:num>
  <w:num w:numId="8" w16cid:durableId="602882334">
    <w:abstractNumId w:val="1"/>
  </w:num>
  <w:num w:numId="9" w16cid:durableId="1354266401">
    <w:abstractNumId w:val="0"/>
  </w:num>
  <w:num w:numId="10" w16cid:durableId="7775273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72E"/>
    <w:rsid w:val="00034616"/>
    <w:rsid w:val="0006063C"/>
    <w:rsid w:val="000B40EB"/>
    <w:rsid w:val="00112434"/>
    <w:rsid w:val="0015074B"/>
    <w:rsid w:val="001D20CB"/>
    <w:rsid w:val="0029639D"/>
    <w:rsid w:val="002D484F"/>
    <w:rsid w:val="00326F90"/>
    <w:rsid w:val="00347AC2"/>
    <w:rsid w:val="00413D4B"/>
    <w:rsid w:val="00436185"/>
    <w:rsid w:val="00441863"/>
    <w:rsid w:val="0049543C"/>
    <w:rsid w:val="004B11CD"/>
    <w:rsid w:val="004F20B5"/>
    <w:rsid w:val="0057756C"/>
    <w:rsid w:val="005813AA"/>
    <w:rsid w:val="005A2C90"/>
    <w:rsid w:val="005E4F74"/>
    <w:rsid w:val="005F53F1"/>
    <w:rsid w:val="006328A4"/>
    <w:rsid w:val="006449A5"/>
    <w:rsid w:val="006D5A64"/>
    <w:rsid w:val="00720EBA"/>
    <w:rsid w:val="00732472"/>
    <w:rsid w:val="007A6422"/>
    <w:rsid w:val="007C0D83"/>
    <w:rsid w:val="008634D5"/>
    <w:rsid w:val="00865127"/>
    <w:rsid w:val="00887379"/>
    <w:rsid w:val="00897F68"/>
    <w:rsid w:val="009F7B10"/>
    <w:rsid w:val="00A02E1B"/>
    <w:rsid w:val="00AA1D8D"/>
    <w:rsid w:val="00B47730"/>
    <w:rsid w:val="00BF6996"/>
    <w:rsid w:val="00C44D96"/>
    <w:rsid w:val="00CB0664"/>
    <w:rsid w:val="00D0468D"/>
    <w:rsid w:val="00D06EAA"/>
    <w:rsid w:val="00D43011"/>
    <w:rsid w:val="00D46E63"/>
    <w:rsid w:val="00D977EA"/>
    <w:rsid w:val="00DF758E"/>
    <w:rsid w:val="00E71720"/>
    <w:rsid w:val="00E7521D"/>
    <w:rsid w:val="00EB00F0"/>
    <w:rsid w:val="00EC4FDD"/>
    <w:rsid w:val="00F05554"/>
    <w:rsid w:val="00FB2E7D"/>
    <w:rsid w:val="00FC693F"/>
    <w:rsid w:val="00FD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5E97FF"/>
  <w14:defaultImageDpi w14:val="300"/>
  <w15:docId w15:val="{2CD87CBF-EBAE-4A08-902F-3C219570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897F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Пријавни формулар за компаније – Светионици Србије 2026</dc:title>
  <dc:subject>Пријава компанија за програм Светионици Србије 2026</dc:subject>
  <dc:creator>KT</dc:creator>
  <cp:keywords>Светионици Србије 2026, пријавни формулар, инклузија</cp:keywords>
  <dc:description>Ревидирана и преформулисана верзија пријавног формулара.</dc:description>
  <cp:lastModifiedBy>Katarina Tulic</cp:lastModifiedBy>
  <cp:revision>11</cp:revision>
  <dcterms:created xsi:type="dcterms:W3CDTF">2026-08-20T09:56:00Z</dcterms:created>
  <dcterms:modified xsi:type="dcterms:W3CDTF">2026-09-04T08:36:00Z</dcterms:modified>
  <cp:category/>
</cp:coreProperties>
</file>